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8AC98" w14:textId="77777777" w:rsidR="000E2459" w:rsidRPr="00B359BE" w:rsidRDefault="00000000">
      <w:pPr>
        <w:pStyle w:val="PageTitle"/>
        <w:jc w:val="center"/>
        <w:rPr>
          <w:sz w:val="72"/>
          <w:szCs w:val="32"/>
          <w:lang w:val="fr-FR"/>
        </w:rPr>
      </w:pPr>
      <w:r w:rsidRPr="00B359BE">
        <w:rPr>
          <w:sz w:val="72"/>
          <w:szCs w:val="32"/>
          <w:lang w:val="fr-FR"/>
        </w:rPr>
        <w:t>CONTRAT D’UTILISATION</w:t>
      </w:r>
    </w:p>
    <w:p w14:paraId="43D49930" w14:textId="1C238787" w:rsidR="000E2459" w:rsidRPr="00B359BE" w:rsidRDefault="00000000" w:rsidP="00B359BE">
      <w:pPr>
        <w:pStyle w:val="PageSubtitle"/>
        <w:jc w:val="center"/>
        <w:rPr>
          <w:lang w:val="fr-FR"/>
        </w:rPr>
      </w:pPr>
      <w:proofErr w:type="gramStart"/>
      <w:r w:rsidRPr="00251CA0">
        <w:rPr>
          <w:lang w:val="fr-FR"/>
        </w:rPr>
        <w:t>de</w:t>
      </w:r>
      <w:proofErr w:type="gramEnd"/>
      <w:r w:rsidRPr="00251CA0">
        <w:rPr>
          <w:lang w:val="fr-FR"/>
        </w:rPr>
        <w:t xml:space="preserve"> l’outil informatique à l’école</w:t>
      </w:r>
    </w:p>
    <w:p w14:paraId="64704115" w14:textId="40F0451B" w:rsidR="00B359BE" w:rsidRDefault="00B359BE">
      <w:pPr>
        <w:spacing w:after="20"/>
      </w:pPr>
      <w:r w:rsidRPr="00B359BE">
        <w:drawing>
          <wp:inline distT="0" distB="0" distL="0" distR="0" wp14:anchorId="5C97F5E6" wp14:editId="18E4DDE7">
            <wp:extent cx="7020560" cy="2815590"/>
            <wp:effectExtent l="0" t="0" r="8890" b="3810"/>
            <wp:docPr id="23709793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09793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F60AC" w14:textId="77777777" w:rsidR="000E2459" w:rsidRDefault="000E2459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94"/>
        <w:gridCol w:w="8164"/>
      </w:tblGrid>
      <w:tr w:rsidR="000E2459" w14:paraId="32AACF50" w14:textId="77777777">
        <w:trPr>
          <w:cantSplit/>
          <w:jc w:val="center"/>
        </w:trPr>
        <w:tc>
          <w:tcPr>
            <w:tcW w:w="2494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EEF5FB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52AC6619" w14:textId="77777777" w:rsidR="000E2459" w:rsidRPr="00B359BE" w:rsidRDefault="00000000">
            <w:pPr>
              <w:rPr>
                <w:sz w:val="22"/>
                <w:szCs w:val="28"/>
                <w:lang w:val="fr-FR"/>
              </w:rPr>
            </w:pPr>
            <w:r w:rsidRPr="00B359BE">
              <w:rPr>
                <w:b/>
                <w:color w:val="0B2E6D"/>
                <w:sz w:val="22"/>
                <w:szCs w:val="28"/>
                <w:lang w:val="fr-FR"/>
              </w:rPr>
              <w:t>Nom et prénom de l’élève :</w:t>
            </w:r>
          </w:p>
        </w:tc>
        <w:tc>
          <w:tcPr>
            <w:tcW w:w="8164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EEF5FB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3AD5AF17" w14:textId="77777777" w:rsidR="000E2459" w:rsidRPr="00B359BE" w:rsidRDefault="00000000">
            <w:pPr>
              <w:rPr>
                <w:sz w:val="22"/>
                <w:szCs w:val="28"/>
              </w:rPr>
            </w:pPr>
            <w:r w:rsidRPr="00B359BE">
              <w:rPr>
                <w:rFonts w:ascii="DejaVu Sans" w:eastAsia="DejaVu Sans" w:hAnsi="DejaVu Sans"/>
                <w:color w:val="0B2E6D"/>
                <w:sz w:val="22"/>
                <w:szCs w:val="28"/>
              </w:rPr>
              <w:t>________________________________________</w:t>
            </w:r>
          </w:p>
        </w:tc>
      </w:tr>
      <w:tr w:rsidR="000E2459" w14:paraId="64E63C97" w14:textId="77777777">
        <w:trPr>
          <w:cantSplit/>
          <w:jc w:val="center"/>
        </w:trPr>
        <w:tc>
          <w:tcPr>
            <w:tcW w:w="2494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EEF5FB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5DDFEE40" w14:textId="77777777" w:rsidR="000E2459" w:rsidRPr="00B359BE" w:rsidRDefault="00000000">
            <w:pPr>
              <w:rPr>
                <w:sz w:val="22"/>
                <w:szCs w:val="28"/>
              </w:rPr>
            </w:pPr>
            <w:proofErr w:type="gramStart"/>
            <w:r w:rsidRPr="00B359BE">
              <w:rPr>
                <w:b/>
                <w:color w:val="0B2E6D"/>
                <w:sz w:val="22"/>
                <w:szCs w:val="28"/>
              </w:rPr>
              <w:t>Classe :</w:t>
            </w:r>
            <w:proofErr w:type="gramEnd"/>
          </w:p>
        </w:tc>
        <w:tc>
          <w:tcPr>
            <w:tcW w:w="8164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EEF5FB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72C4044F" w14:textId="77777777" w:rsidR="000E2459" w:rsidRPr="00B359BE" w:rsidRDefault="00000000">
            <w:pPr>
              <w:rPr>
                <w:sz w:val="22"/>
                <w:szCs w:val="28"/>
              </w:rPr>
            </w:pPr>
            <w:r w:rsidRPr="00B359BE">
              <w:rPr>
                <w:rFonts w:ascii="DejaVu Sans" w:eastAsia="DejaVu Sans" w:hAnsi="DejaVu Sans"/>
                <w:color w:val="0B2E6D"/>
                <w:sz w:val="22"/>
                <w:szCs w:val="28"/>
              </w:rPr>
              <w:t>________________________________________</w:t>
            </w:r>
          </w:p>
        </w:tc>
      </w:tr>
      <w:tr w:rsidR="000E2459" w14:paraId="53A65388" w14:textId="77777777">
        <w:trPr>
          <w:cantSplit/>
          <w:jc w:val="center"/>
        </w:trPr>
        <w:tc>
          <w:tcPr>
            <w:tcW w:w="2494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EEF5FB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6FAF4A4A" w14:textId="77777777" w:rsidR="000E2459" w:rsidRPr="00B359BE" w:rsidRDefault="00000000">
            <w:pPr>
              <w:rPr>
                <w:sz w:val="22"/>
                <w:szCs w:val="28"/>
              </w:rPr>
            </w:pPr>
            <w:r w:rsidRPr="00B359BE">
              <w:rPr>
                <w:b/>
                <w:color w:val="0B2E6D"/>
                <w:sz w:val="22"/>
                <w:szCs w:val="28"/>
              </w:rPr>
              <w:t xml:space="preserve">Année </w:t>
            </w:r>
            <w:proofErr w:type="gramStart"/>
            <w:r w:rsidRPr="00B359BE">
              <w:rPr>
                <w:b/>
                <w:color w:val="0B2E6D"/>
                <w:sz w:val="22"/>
                <w:szCs w:val="28"/>
              </w:rPr>
              <w:t>scolaire :</w:t>
            </w:r>
            <w:proofErr w:type="gramEnd"/>
          </w:p>
        </w:tc>
        <w:tc>
          <w:tcPr>
            <w:tcW w:w="8164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EEF5FB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32C1E621" w14:textId="77777777" w:rsidR="000E2459" w:rsidRPr="00B359BE" w:rsidRDefault="00000000">
            <w:pPr>
              <w:rPr>
                <w:sz w:val="22"/>
                <w:szCs w:val="28"/>
              </w:rPr>
            </w:pPr>
            <w:r w:rsidRPr="00B359BE">
              <w:rPr>
                <w:rFonts w:ascii="DejaVu Sans" w:eastAsia="DejaVu Sans" w:hAnsi="DejaVu Sans"/>
                <w:color w:val="0B2E6D"/>
                <w:sz w:val="22"/>
                <w:szCs w:val="28"/>
              </w:rPr>
              <w:t>________________________________________</w:t>
            </w:r>
          </w:p>
        </w:tc>
      </w:tr>
      <w:tr w:rsidR="000E2459" w14:paraId="534C4BB5" w14:textId="77777777">
        <w:trPr>
          <w:cantSplit/>
          <w:jc w:val="center"/>
        </w:trPr>
        <w:tc>
          <w:tcPr>
            <w:tcW w:w="2494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EEF5FB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2EDF768D" w14:textId="77777777" w:rsidR="000E2459" w:rsidRPr="00B359BE" w:rsidRDefault="00000000">
            <w:pPr>
              <w:rPr>
                <w:sz w:val="22"/>
                <w:szCs w:val="28"/>
              </w:rPr>
            </w:pPr>
            <w:r w:rsidRPr="00B359BE">
              <w:rPr>
                <w:b/>
                <w:color w:val="0B2E6D"/>
                <w:sz w:val="22"/>
                <w:szCs w:val="28"/>
              </w:rPr>
              <w:t xml:space="preserve">Outil </w:t>
            </w:r>
            <w:proofErr w:type="gramStart"/>
            <w:r w:rsidRPr="00B359BE">
              <w:rPr>
                <w:b/>
                <w:color w:val="0B2E6D"/>
                <w:sz w:val="22"/>
                <w:szCs w:val="28"/>
              </w:rPr>
              <w:t>utilisé :</w:t>
            </w:r>
            <w:proofErr w:type="gramEnd"/>
          </w:p>
        </w:tc>
        <w:tc>
          <w:tcPr>
            <w:tcW w:w="8164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EEF5FB"/>
            <w:tcMar>
              <w:top w:w="72" w:type="dxa"/>
              <w:left w:w="95" w:type="dxa"/>
              <w:bottom w:w="72" w:type="dxa"/>
              <w:right w:w="95" w:type="dxa"/>
            </w:tcMar>
          </w:tcPr>
          <w:p w14:paraId="4DD3D983" w14:textId="77777777" w:rsidR="000E2459" w:rsidRPr="00B359BE" w:rsidRDefault="00000000">
            <w:pPr>
              <w:rPr>
                <w:sz w:val="22"/>
                <w:szCs w:val="28"/>
              </w:rPr>
            </w:pPr>
            <w:r w:rsidRPr="00B359BE">
              <w:rPr>
                <w:rFonts w:ascii="DejaVu Sans" w:eastAsia="DejaVu Sans" w:hAnsi="DejaVu Sans"/>
                <w:color w:val="0B2E6D"/>
                <w:sz w:val="22"/>
                <w:szCs w:val="28"/>
              </w:rPr>
              <w:t>☐ iPad       ☐ Ordinateur portable</w:t>
            </w:r>
          </w:p>
        </w:tc>
      </w:tr>
    </w:tbl>
    <w:p w14:paraId="310145C8" w14:textId="77777777" w:rsidR="000E2459" w:rsidRPr="00B359BE" w:rsidRDefault="000E2459">
      <w:pPr>
        <w:spacing w:after="40"/>
        <w:rPr>
          <w:sz w:val="20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8197"/>
        <w:gridCol w:w="653"/>
        <w:gridCol w:w="45"/>
      </w:tblGrid>
      <w:tr w:rsidR="000E2459" w:rsidRPr="00B359BE" w14:paraId="386300FA" w14:textId="77777777">
        <w:trPr>
          <w:gridAfter w:val="1"/>
          <w:wAfter w:w="45" w:type="dxa"/>
          <w:cantSplit/>
          <w:jc w:val="center"/>
        </w:trPr>
        <w:tc>
          <w:tcPr>
            <w:tcW w:w="10659" w:type="dxa"/>
            <w:gridSpan w:val="4"/>
            <w:tcBorders>
              <w:top w:val="single" w:sz="0" w:space="0" w:color="087D87"/>
              <w:left w:val="single" w:sz="0" w:space="0" w:color="087D87"/>
              <w:bottom w:val="single" w:sz="0" w:space="0" w:color="087D87"/>
              <w:right w:val="single" w:sz="0" w:space="0" w:color="087D87"/>
            </w:tcBorders>
            <w:shd w:val="clear" w:color="auto" w:fill="087D87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8DEDA22" w14:textId="77777777" w:rsidR="000E2459" w:rsidRPr="00B359BE" w:rsidRDefault="00000000">
            <w:pPr>
              <w:jc w:val="center"/>
              <w:rPr>
                <w:sz w:val="20"/>
                <w:szCs w:val="24"/>
                <w:lang w:val="fr-FR"/>
              </w:rPr>
            </w:pPr>
            <w:r w:rsidRPr="00B359BE">
              <w:rPr>
                <w:b/>
                <w:color w:val="FFFFFF"/>
                <w:sz w:val="28"/>
                <w:szCs w:val="24"/>
                <w:lang w:val="fr-FR"/>
              </w:rPr>
              <w:t>Mes repères avant d’aller en classe</w:t>
            </w:r>
          </w:p>
        </w:tc>
      </w:tr>
      <w:tr w:rsidR="000E2459" w14:paraId="7E479C6A" w14:textId="77777777" w:rsidTr="00B359BE">
        <w:trPr>
          <w:cantSplit/>
          <w:trHeight w:hRule="exact" w:val="1048"/>
          <w:jc w:val="center"/>
        </w:trPr>
        <w:tc>
          <w:tcPr>
            <w:tcW w:w="1242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FFFFFF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49293A41" w14:textId="56780FDC" w:rsidR="000E2459" w:rsidRDefault="00B359BE">
            <w:pPr>
              <w:jc w:val="center"/>
            </w:pPr>
            <w:r w:rsidRPr="00B359BE">
              <w:drawing>
                <wp:inline distT="0" distB="0" distL="0" distR="0" wp14:anchorId="57054DFA" wp14:editId="09C987E0">
                  <wp:extent cx="720000" cy="426061"/>
                  <wp:effectExtent l="0" t="0" r="4445" b="0"/>
                  <wp:docPr id="163500380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00380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426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087D87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4DACBBBC" w14:textId="77777777" w:rsidR="000E2459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1</w:t>
            </w:r>
          </w:p>
        </w:tc>
        <w:tc>
          <w:tcPr>
            <w:tcW w:w="8197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FFFFFF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76AAF941" w14:textId="77777777" w:rsidR="000E2459" w:rsidRPr="00B359BE" w:rsidRDefault="00000000">
            <w:pPr>
              <w:rPr>
                <w:sz w:val="28"/>
                <w:szCs w:val="32"/>
              </w:rPr>
            </w:pPr>
            <w:r w:rsidRPr="00B359BE">
              <w:rPr>
                <w:color w:val="0B2E6D"/>
                <w:sz w:val="28"/>
                <w:szCs w:val="32"/>
              </w:rPr>
              <w:t>Mon appareil est chargé.</w:t>
            </w:r>
          </w:p>
        </w:tc>
        <w:tc>
          <w:tcPr>
            <w:tcW w:w="698" w:type="dxa"/>
            <w:gridSpan w:val="2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FFFFFF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18292A47" w14:textId="77777777" w:rsidR="000E2459" w:rsidRDefault="00000000">
            <w:pPr>
              <w:jc w:val="center"/>
            </w:pPr>
            <w:r>
              <w:rPr>
                <w:rFonts w:ascii="DejaVu Sans" w:eastAsia="DejaVu Sans" w:hAnsi="DejaVu Sans"/>
                <w:color w:val="087D87"/>
                <w:sz w:val="30"/>
              </w:rPr>
              <w:t>☐</w:t>
            </w:r>
          </w:p>
        </w:tc>
      </w:tr>
      <w:tr w:rsidR="000E2459" w14:paraId="6CE07FF4" w14:textId="77777777" w:rsidTr="00B359BE">
        <w:trPr>
          <w:cantSplit/>
          <w:trHeight w:hRule="exact" w:val="1048"/>
          <w:jc w:val="center"/>
        </w:trPr>
        <w:tc>
          <w:tcPr>
            <w:tcW w:w="1242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FFFFFF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1C48784F" w14:textId="2E2E0780" w:rsidR="000E2459" w:rsidRDefault="00B359BE">
            <w:pPr>
              <w:jc w:val="center"/>
            </w:pPr>
            <w:r w:rsidRPr="00B359BE">
              <w:drawing>
                <wp:inline distT="0" distB="0" distL="0" distR="0" wp14:anchorId="36E280E8" wp14:editId="2A782218">
                  <wp:extent cx="718820" cy="365125"/>
                  <wp:effectExtent l="0" t="0" r="5080" b="0"/>
                  <wp:docPr id="36671585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71585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36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087D87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233C3476" w14:textId="77777777" w:rsidR="000E2459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2</w:t>
            </w:r>
          </w:p>
        </w:tc>
        <w:tc>
          <w:tcPr>
            <w:tcW w:w="8197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FFFFFF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57B54A76" w14:textId="77777777" w:rsidR="000E2459" w:rsidRPr="00B359BE" w:rsidRDefault="00000000">
            <w:pPr>
              <w:rPr>
                <w:sz w:val="28"/>
                <w:szCs w:val="32"/>
                <w:lang w:val="fr-FR"/>
              </w:rPr>
            </w:pPr>
            <w:r w:rsidRPr="00B359BE">
              <w:rPr>
                <w:color w:val="0B2E6D"/>
                <w:sz w:val="28"/>
                <w:szCs w:val="32"/>
                <w:lang w:val="fr-FR"/>
              </w:rPr>
              <w:t>J’emporte le matériel utile : chargeur, casque ou clavier si besoin.</w:t>
            </w:r>
          </w:p>
        </w:tc>
        <w:tc>
          <w:tcPr>
            <w:tcW w:w="698" w:type="dxa"/>
            <w:gridSpan w:val="2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FFFFFF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60F68887" w14:textId="77777777" w:rsidR="000E2459" w:rsidRDefault="00000000">
            <w:pPr>
              <w:jc w:val="center"/>
            </w:pPr>
            <w:r>
              <w:rPr>
                <w:rFonts w:ascii="DejaVu Sans" w:eastAsia="DejaVu Sans" w:hAnsi="DejaVu Sans"/>
                <w:color w:val="087D87"/>
                <w:sz w:val="30"/>
              </w:rPr>
              <w:t>☐</w:t>
            </w:r>
          </w:p>
        </w:tc>
      </w:tr>
      <w:tr w:rsidR="000E2459" w14:paraId="5274FB7D" w14:textId="77777777" w:rsidTr="00B359BE">
        <w:trPr>
          <w:cantSplit/>
          <w:trHeight w:hRule="exact" w:val="1048"/>
          <w:jc w:val="center"/>
        </w:trPr>
        <w:tc>
          <w:tcPr>
            <w:tcW w:w="1242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FFFFFF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7B999678" w14:textId="75887FE0" w:rsidR="000E2459" w:rsidRDefault="00B359BE">
            <w:pPr>
              <w:jc w:val="center"/>
            </w:pPr>
            <w:r w:rsidRPr="00B359BE">
              <w:drawing>
                <wp:inline distT="0" distB="0" distL="0" distR="0" wp14:anchorId="109EA0CD" wp14:editId="308B85A8">
                  <wp:extent cx="718820" cy="382905"/>
                  <wp:effectExtent l="0" t="0" r="5080" b="0"/>
                  <wp:docPr id="96691419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91419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38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087D87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4E2E69E9" w14:textId="77777777" w:rsidR="000E2459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3</w:t>
            </w:r>
          </w:p>
        </w:tc>
        <w:tc>
          <w:tcPr>
            <w:tcW w:w="8197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FFFFFF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65A1F445" w14:textId="77777777" w:rsidR="000E2459" w:rsidRPr="00B359BE" w:rsidRDefault="00000000">
            <w:pPr>
              <w:rPr>
                <w:sz w:val="28"/>
                <w:szCs w:val="32"/>
                <w:lang w:val="fr-FR"/>
              </w:rPr>
            </w:pPr>
            <w:r w:rsidRPr="00B359BE">
              <w:rPr>
                <w:color w:val="0B2E6D"/>
                <w:sz w:val="28"/>
                <w:szCs w:val="32"/>
                <w:lang w:val="fr-FR"/>
              </w:rPr>
              <w:t>Je sais ouvrir mes applications et retrouver mes documents.</w:t>
            </w:r>
          </w:p>
        </w:tc>
        <w:tc>
          <w:tcPr>
            <w:tcW w:w="698" w:type="dxa"/>
            <w:gridSpan w:val="2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FFFFFF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1124F919" w14:textId="77777777" w:rsidR="000E2459" w:rsidRDefault="00000000">
            <w:pPr>
              <w:jc w:val="center"/>
            </w:pPr>
            <w:r>
              <w:rPr>
                <w:rFonts w:ascii="DejaVu Sans" w:eastAsia="DejaVu Sans" w:hAnsi="DejaVu Sans"/>
                <w:color w:val="087D87"/>
                <w:sz w:val="30"/>
              </w:rPr>
              <w:t>☐</w:t>
            </w:r>
          </w:p>
        </w:tc>
      </w:tr>
      <w:tr w:rsidR="000E2459" w14:paraId="685D4765" w14:textId="77777777" w:rsidTr="00B359BE">
        <w:trPr>
          <w:cantSplit/>
          <w:trHeight w:hRule="exact" w:val="1048"/>
          <w:jc w:val="center"/>
        </w:trPr>
        <w:tc>
          <w:tcPr>
            <w:tcW w:w="1242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FFFFFF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6CE0C838" w14:textId="4151AD58" w:rsidR="000E2459" w:rsidRDefault="00B359BE">
            <w:pPr>
              <w:jc w:val="center"/>
            </w:pPr>
            <w:r w:rsidRPr="00B359BE">
              <w:drawing>
                <wp:inline distT="0" distB="0" distL="0" distR="0" wp14:anchorId="7573CD9A" wp14:editId="76A37578">
                  <wp:extent cx="718820" cy="368935"/>
                  <wp:effectExtent l="0" t="0" r="5080" b="0"/>
                  <wp:docPr id="144322591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22591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368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087D87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066DF612" w14:textId="77777777" w:rsidR="000E2459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4</w:t>
            </w:r>
          </w:p>
        </w:tc>
        <w:tc>
          <w:tcPr>
            <w:tcW w:w="8197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FFFFFF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4385CF67" w14:textId="77777777" w:rsidR="000E2459" w:rsidRPr="00B359BE" w:rsidRDefault="00000000">
            <w:pPr>
              <w:rPr>
                <w:sz w:val="28"/>
                <w:szCs w:val="32"/>
                <w:lang w:val="fr-FR"/>
              </w:rPr>
            </w:pPr>
            <w:r w:rsidRPr="00B359BE">
              <w:rPr>
                <w:color w:val="0B2E6D"/>
                <w:sz w:val="28"/>
                <w:szCs w:val="32"/>
                <w:lang w:val="fr-FR"/>
              </w:rPr>
              <w:t>Je range mon travail dans les bons dossiers.</w:t>
            </w:r>
          </w:p>
        </w:tc>
        <w:tc>
          <w:tcPr>
            <w:tcW w:w="698" w:type="dxa"/>
            <w:gridSpan w:val="2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FFFFFF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7F728B77" w14:textId="77777777" w:rsidR="000E2459" w:rsidRDefault="00000000">
            <w:pPr>
              <w:jc w:val="center"/>
            </w:pPr>
            <w:r>
              <w:rPr>
                <w:rFonts w:ascii="DejaVu Sans" w:eastAsia="DejaVu Sans" w:hAnsi="DejaVu Sans"/>
                <w:color w:val="087D87"/>
                <w:sz w:val="30"/>
              </w:rPr>
              <w:t>☐</w:t>
            </w:r>
          </w:p>
        </w:tc>
      </w:tr>
      <w:tr w:rsidR="000E2459" w14:paraId="6956016A" w14:textId="77777777" w:rsidTr="00B359BE">
        <w:trPr>
          <w:cantSplit/>
          <w:trHeight w:hRule="exact" w:val="1048"/>
          <w:jc w:val="center"/>
        </w:trPr>
        <w:tc>
          <w:tcPr>
            <w:tcW w:w="1242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FFFFFF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5D88CE92" w14:textId="283F8750" w:rsidR="000E2459" w:rsidRDefault="00B359BE">
            <w:pPr>
              <w:jc w:val="center"/>
            </w:pPr>
            <w:r w:rsidRPr="00B359BE">
              <w:drawing>
                <wp:inline distT="0" distB="0" distL="0" distR="0" wp14:anchorId="2836C847" wp14:editId="58AE18D1">
                  <wp:extent cx="718820" cy="347345"/>
                  <wp:effectExtent l="0" t="0" r="5080" b="0"/>
                  <wp:docPr id="153036979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36979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347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087D87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6469B1EB" w14:textId="77777777" w:rsidR="000E2459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5</w:t>
            </w:r>
          </w:p>
        </w:tc>
        <w:tc>
          <w:tcPr>
            <w:tcW w:w="8197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FFFFFF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45DB8061" w14:textId="77777777" w:rsidR="000E2459" w:rsidRPr="00B359BE" w:rsidRDefault="00000000">
            <w:pPr>
              <w:rPr>
                <w:sz w:val="28"/>
                <w:szCs w:val="32"/>
                <w:lang w:val="fr-FR"/>
              </w:rPr>
            </w:pPr>
            <w:r w:rsidRPr="00B359BE">
              <w:rPr>
                <w:color w:val="0B2E6D"/>
                <w:sz w:val="28"/>
                <w:szCs w:val="32"/>
                <w:lang w:val="fr-FR"/>
              </w:rPr>
              <w:t>J’utilise mes outils d’aide pour lire, écrire ou m’organiser.</w:t>
            </w:r>
          </w:p>
        </w:tc>
        <w:tc>
          <w:tcPr>
            <w:tcW w:w="698" w:type="dxa"/>
            <w:gridSpan w:val="2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FFFFFF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10D8D452" w14:textId="77777777" w:rsidR="000E2459" w:rsidRDefault="00000000">
            <w:pPr>
              <w:jc w:val="center"/>
            </w:pPr>
            <w:r>
              <w:rPr>
                <w:rFonts w:ascii="DejaVu Sans" w:eastAsia="DejaVu Sans" w:hAnsi="DejaVu Sans"/>
                <w:color w:val="087D87"/>
                <w:sz w:val="30"/>
              </w:rPr>
              <w:t>☐</w:t>
            </w:r>
          </w:p>
        </w:tc>
      </w:tr>
      <w:tr w:rsidR="000E2459" w14:paraId="3BED96C5" w14:textId="77777777" w:rsidTr="00B359BE">
        <w:trPr>
          <w:cantSplit/>
          <w:trHeight w:hRule="exact" w:val="1048"/>
          <w:jc w:val="center"/>
        </w:trPr>
        <w:tc>
          <w:tcPr>
            <w:tcW w:w="1242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FFFFFF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23811F1E" w14:textId="00AD0C3C" w:rsidR="000E2459" w:rsidRDefault="00B359BE">
            <w:pPr>
              <w:jc w:val="center"/>
            </w:pPr>
            <w:r w:rsidRPr="00B359BE">
              <w:drawing>
                <wp:inline distT="0" distB="0" distL="0" distR="0" wp14:anchorId="09BB1884" wp14:editId="69A834B4">
                  <wp:extent cx="718820" cy="426085"/>
                  <wp:effectExtent l="0" t="0" r="5080" b="0"/>
                  <wp:docPr id="205970836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970836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42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087D87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2B93930C" w14:textId="77777777" w:rsidR="000E2459" w:rsidRDefault="00000000">
            <w:pPr>
              <w:jc w:val="center"/>
            </w:pPr>
            <w:r>
              <w:rPr>
                <w:b/>
                <w:color w:val="FFFFFF"/>
                <w:sz w:val="19"/>
              </w:rPr>
              <w:t>6</w:t>
            </w:r>
          </w:p>
        </w:tc>
        <w:tc>
          <w:tcPr>
            <w:tcW w:w="8197" w:type="dxa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FFFFFF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577D0255" w14:textId="77777777" w:rsidR="000E2459" w:rsidRPr="00B359BE" w:rsidRDefault="00000000">
            <w:pPr>
              <w:rPr>
                <w:sz w:val="28"/>
                <w:szCs w:val="32"/>
                <w:lang w:val="fr-FR"/>
              </w:rPr>
            </w:pPr>
            <w:r w:rsidRPr="00B359BE">
              <w:rPr>
                <w:color w:val="0B2E6D"/>
                <w:sz w:val="28"/>
                <w:szCs w:val="32"/>
                <w:lang w:val="fr-FR"/>
              </w:rPr>
              <w:t>Si j’ai un problème, je demande de l’aide rapidement.</w:t>
            </w:r>
          </w:p>
        </w:tc>
        <w:tc>
          <w:tcPr>
            <w:tcW w:w="698" w:type="dxa"/>
            <w:gridSpan w:val="2"/>
            <w:tcBorders>
              <w:top w:val="single" w:sz="4" w:space="0" w:color="A8DADF"/>
              <w:left w:val="single" w:sz="4" w:space="0" w:color="A8DADF"/>
              <w:bottom w:val="single" w:sz="4" w:space="0" w:color="A8DADF"/>
              <w:right w:val="single" w:sz="4" w:space="0" w:color="A8DADF"/>
            </w:tcBorders>
            <w:shd w:val="clear" w:color="auto" w:fill="FFFFFF"/>
            <w:tcMar>
              <w:top w:w="48" w:type="dxa"/>
              <w:left w:w="55" w:type="dxa"/>
              <w:bottom w:w="48" w:type="dxa"/>
              <w:right w:w="55" w:type="dxa"/>
            </w:tcMar>
            <w:vAlign w:val="center"/>
          </w:tcPr>
          <w:p w14:paraId="71CF61F3" w14:textId="77777777" w:rsidR="000E2459" w:rsidRDefault="00000000">
            <w:pPr>
              <w:jc w:val="center"/>
            </w:pPr>
            <w:r>
              <w:rPr>
                <w:rFonts w:ascii="DejaVu Sans" w:eastAsia="DejaVu Sans" w:hAnsi="DejaVu Sans"/>
                <w:color w:val="087D87"/>
                <w:sz w:val="30"/>
              </w:rPr>
              <w:t>☐</w:t>
            </w:r>
          </w:p>
        </w:tc>
      </w:tr>
    </w:tbl>
    <w:p w14:paraId="24BDE832" w14:textId="77777777" w:rsidR="000E2459" w:rsidRPr="00B359BE" w:rsidRDefault="00000000">
      <w:pPr>
        <w:spacing w:before="40"/>
        <w:jc w:val="center"/>
        <w:rPr>
          <w:sz w:val="22"/>
          <w:szCs w:val="28"/>
          <w:lang w:val="fr-FR"/>
        </w:rPr>
      </w:pPr>
      <w:r w:rsidRPr="00B359BE">
        <w:rPr>
          <w:b/>
          <w:color w:val="0B2E6D"/>
          <w:sz w:val="22"/>
          <w:szCs w:val="28"/>
          <w:lang w:val="fr-FR"/>
        </w:rPr>
        <w:t>Ce contrat aide l’élève à utiliser son outil dans un cadre clair, simple et adapté à ses besoins.</w:t>
      </w:r>
    </w:p>
    <w:p w14:paraId="24819DD5" w14:textId="77777777" w:rsidR="000E2459" w:rsidRPr="00251CA0" w:rsidRDefault="00000000">
      <w:pPr>
        <w:rPr>
          <w:lang w:val="fr-FR"/>
        </w:rPr>
      </w:pPr>
      <w:r w:rsidRPr="00251CA0">
        <w:rPr>
          <w:lang w:val="fr-FR"/>
        </w:rPr>
        <w:br w:type="page"/>
      </w:r>
    </w:p>
    <w:p w14:paraId="1B90BBCA" w14:textId="77777777" w:rsidR="000E2459" w:rsidRPr="00251CA0" w:rsidRDefault="00000000">
      <w:pPr>
        <w:pStyle w:val="PageTitle"/>
        <w:jc w:val="center"/>
        <w:rPr>
          <w:lang w:val="fr-FR"/>
        </w:rPr>
      </w:pPr>
      <w:r w:rsidRPr="00251CA0">
        <w:rPr>
          <w:lang w:val="fr-FR"/>
        </w:rPr>
        <w:lastRenderedPageBreak/>
        <w:t>RÈGLES D’UTILISATION</w:t>
      </w:r>
    </w:p>
    <w:p w14:paraId="1A80EBD5" w14:textId="77777777" w:rsidR="000E2459" w:rsidRPr="00251CA0" w:rsidRDefault="00000000">
      <w:pPr>
        <w:pStyle w:val="PageSubtitle"/>
        <w:jc w:val="center"/>
        <w:rPr>
          <w:lang w:val="fr-FR"/>
        </w:rPr>
      </w:pPr>
      <w:proofErr w:type="gramStart"/>
      <w:r w:rsidRPr="00251CA0">
        <w:rPr>
          <w:lang w:val="fr-FR"/>
        </w:rPr>
        <w:t>pendant</w:t>
      </w:r>
      <w:proofErr w:type="gramEnd"/>
      <w:r w:rsidRPr="00251CA0">
        <w:rPr>
          <w:lang w:val="fr-FR"/>
        </w:rPr>
        <w:t xml:space="preserve"> les cours et les évaluations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788"/>
      </w:tblGrid>
      <w:tr w:rsidR="000E2459" w:rsidRPr="00251CA0" w14:paraId="6DEFF0D0" w14:textId="77777777">
        <w:trPr>
          <w:cantSplit/>
          <w:jc w:val="center"/>
        </w:trPr>
        <w:tc>
          <w:tcPr>
            <w:tcW w:w="8788" w:type="dxa"/>
            <w:tcBorders>
              <w:top w:val="single" w:sz="5" w:space="0" w:color="A8DADF"/>
              <w:left w:val="single" w:sz="5" w:space="0" w:color="A8DADF"/>
              <w:bottom w:val="single" w:sz="5" w:space="0" w:color="A8DADF"/>
              <w:right w:val="single" w:sz="5" w:space="0" w:color="A8DADF"/>
            </w:tcBorders>
            <w:shd w:val="clear" w:color="auto" w:fill="EEF5FB"/>
            <w:tcMar>
              <w:top w:w="85" w:type="dxa"/>
              <w:left w:w="80" w:type="dxa"/>
              <w:bottom w:w="85" w:type="dxa"/>
              <w:right w:w="80" w:type="dxa"/>
            </w:tcMar>
          </w:tcPr>
          <w:p w14:paraId="5EE40DBD" w14:textId="77777777" w:rsidR="000E2459" w:rsidRPr="00251CA0" w:rsidRDefault="00000000">
            <w:pPr>
              <w:jc w:val="center"/>
              <w:rPr>
                <w:lang w:val="fr-FR"/>
              </w:rPr>
            </w:pPr>
            <w:r w:rsidRPr="00B359BE">
              <w:rPr>
                <w:b/>
                <w:color w:val="0B2E6D"/>
                <w:sz w:val="28"/>
                <w:szCs w:val="36"/>
                <w:lang w:val="fr-FR"/>
              </w:rPr>
              <w:t>Les règles peuvent varier selon l’activité, la matière et les consignes de l’enseignant.</w:t>
            </w:r>
          </w:p>
        </w:tc>
      </w:tr>
    </w:tbl>
    <w:p w14:paraId="28F63DA5" w14:textId="77777777" w:rsidR="000E2459" w:rsidRDefault="000E2459">
      <w:pPr>
        <w:spacing w:after="20"/>
        <w:rPr>
          <w:lang w:val="fr-FR"/>
        </w:rPr>
      </w:pP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10773"/>
      </w:tblGrid>
      <w:tr w:rsidR="006836EB" w14:paraId="40133BC0" w14:textId="77777777" w:rsidTr="006836EB">
        <w:tc>
          <w:tcPr>
            <w:tcW w:w="10773" w:type="dxa"/>
          </w:tcPr>
          <w:p w14:paraId="0342BA99" w14:textId="77777777" w:rsidR="006836EB" w:rsidRDefault="006836EB" w:rsidP="006836EB">
            <w:pPr>
              <w:spacing w:after="20" w:line="276" w:lineRule="auto"/>
              <w:rPr>
                <w:b/>
                <w:bCs/>
                <w:sz w:val="24"/>
                <w:szCs w:val="32"/>
                <w:lang w:val="fr-FR"/>
              </w:rPr>
            </w:pPr>
            <w:r w:rsidRPr="006836EB">
              <w:rPr>
                <w:b/>
                <w:bCs/>
                <w:sz w:val="24"/>
                <w:szCs w:val="32"/>
                <w:lang w:val="fr-FR"/>
              </w:rPr>
              <w:t>Comment les documents sont-ils échangés ?</w:t>
            </w:r>
          </w:p>
          <w:p w14:paraId="4E408E2E" w14:textId="1D1D2C8C" w:rsidR="006836EB" w:rsidRPr="006836EB" w:rsidRDefault="006836EB" w:rsidP="006836EB">
            <w:pPr>
              <w:spacing w:after="20" w:line="276" w:lineRule="auto"/>
              <w:rPr>
                <w:sz w:val="24"/>
                <w:szCs w:val="32"/>
                <w:lang w:val="fr-FR"/>
              </w:rPr>
            </w:pPr>
            <w:r w:rsidRPr="006836EB">
              <w:rPr>
                <w:sz w:val="24"/>
                <w:szCs w:val="32"/>
                <w:lang w:val="fr-FR"/>
              </w:rPr>
              <w:t>La méthode peut être différente selon les enseignants. À définir ensemble en début d’année.</w:t>
            </w:r>
          </w:p>
          <w:p w14:paraId="68F96E8F" w14:textId="584185BC" w:rsidR="006836EB" w:rsidRPr="006836EB" w:rsidRDefault="006836EB" w:rsidP="006836EB">
            <w:pPr>
              <w:spacing w:before="240" w:after="20" w:line="276" w:lineRule="auto"/>
              <w:rPr>
                <w:sz w:val="24"/>
                <w:szCs w:val="24"/>
                <w:lang w:val="fr-FR"/>
              </w:rPr>
            </w:pPr>
            <w:r w:rsidRPr="006836EB">
              <w:rPr>
                <w:b/>
                <w:bCs/>
                <w:sz w:val="24"/>
                <w:szCs w:val="24"/>
                <w:lang w:val="fr-FR"/>
              </w:rPr>
              <w:t>Méthode principale :</w:t>
            </w:r>
            <w:r w:rsidRPr="006836EB"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6836EB">
              <w:rPr>
                <w:sz w:val="24"/>
                <w:szCs w:val="24"/>
                <w:lang w:val="fr-FR"/>
              </w:rPr>
              <w:t>............................................................</w:t>
            </w:r>
            <w:r w:rsidRPr="006836EB">
              <w:rPr>
                <w:sz w:val="24"/>
                <w:szCs w:val="24"/>
                <w:lang w:val="fr-FR"/>
              </w:rPr>
              <w:t xml:space="preserve"> </w:t>
            </w:r>
            <w:r w:rsidRPr="006836EB">
              <w:rPr>
                <w:sz w:val="24"/>
                <w:szCs w:val="24"/>
                <w:lang w:val="fr-FR"/>
              </w:rPr>
              <w:t>............................................................</w:t>
            </w:r>
          </w:p>
          <w:p w14:paraId="2BDA2A86" w14:textId="7462AA72" w:rsidR="006836EB" w:rsidRPr="006836EB" w:rsidRDefault="006836EB" w:rsidP="006836EB">
            <w:pPr>
              <w:spacing w:after="20" w:line="276" w:lineRule="auto"/>
              <w:rPr>
                <w:sz w:val="24"/>
                <w:szCs w:val="24"/>
                <w:lang w:val="fr-FR"/>
              </w:rPr>
            </w:pPr>
            <w:r w:rsidRPr="006836EB">
              <w:rPr>
                <w:b/>
                <w:bCs/>
                <w:sz w:val="24"/>
                <w:szCs w:val="24"/>
                <w:lang w:val="fr-FR"/>
              </w:rPr>
              <w:t>Si cette méthode ne fonctionne pas :</w:t>
            </w:r>
            <w:r w:rsidRPr="006836EB"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6836EB">
              <w:rPr>
                <w:sz w:val="24"/>
                <w:szCs w:val="24"/>
                <w:lang w:val="fr-FR"/>
              </w:rPr>
              <w:t>..........................................................................................</w:t>
            </w:r>
          </w:p>
          <w:p w14:paraId="6B9E2F8B" w14:textId="31FD3ADA" w:rsidR="006836EB" w:rsidRPr="006836EB" w:rsidRDefault="006836EB" w:rsidP="006836EB">
            <w:pPr>
              <w:spacing w:before="240" w:after="20" w:line="276" w:lineRule="auto"/>
              <w:rPr>
                <w:sz w:val="24"/>
                <w:szCs w:val="32"/>
                <w:lang w:val="fr-FR"/>
              </w:rPr>
            </w:pPr>
            <w:proofErr w:type="gramStart"/>
            <w:r w:rsidRPr="006836EB">
              <w:rPr>
                <w:b/>
                <w:bCs/>
                <w:sz w:val="24"/>
                <w:szCs w:val="32"/>
                <w:lang w:val="fr-FR"/>
              </w:rPr>
              <w:t>L’objectif:</w:t>
            </w:r>
            <w:proofErr w:type="gramEnd"/>
            <w:r w:rsidRPr="006836EB">
              <w:rPr>
                <w:sz w:val="24"/>
                <w:szCs w:val="32"/>
                <w:lang w:val="fr-FR"/>
              </w:rPr>
              <w:t xml:space="preserve"> éviter que l’élève doive recopier</w:t>
            </w:r>
            <w:r w:rsidRPr="006836EB">
              <w:rPr>
                <w:sz w:val="24"/>
                <w:szCs w:val="32"/>
                <w:lang w:val="fr-FR"/>
              </w:rPr>
              <w:t xml:space="preserve"> ou scaner</w:t>
            </w:r>
            <w:r w:rsidRPr="006836EB">
              <w:rPr>
                <w:sz w:val="24"/>
                <w:szCs w:val="32"/>
                <w:lang w:val="fr-FR"/>
              </w:rPr>
              <w:t xml:space="preserve"> sur son ordinateur un document déjà fourni à la classe.</w:t>
            </w:r>
          </w:p>
          <w:p w14:paraId="6E369C33" w14:textId="77777777" w:rsidR="006836EB" w:rsidRDefault="006836EB">
            <w:pPr>
              <w:spacing w:after="20"/>
              <w:rPr>
                <w:lang w:val="fr-FR"/>
              </w:rPr>
            </w:pPr>
          </w:p>
        </w:tc>
      </w:tr>
    </w:tbl>
    <w:p w14:paraId="371137AF" w14:textId="77777777" w:rsidR="006836EB" w:rsidRPr="00251CA0" w:rsidRDefault="006836EB">
      <w:pPr>
        <w:spacing w:after="20"/>
        <w:rPr>
          <w:lang w:val="fr-F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4"/>
        <w:gridCol w:w="3504"/>
        <w:gridCol w:w="3651"/>
        <w:gridCol w:w="54"/>
      </w:tblGrid>
      <w:tr w:rsidR="000E2459" w14:paraId="01AEE598" w14:textId="77777777">
        <w:trPr>
          <w:gridAfter w:val="1"/>
          <w:wAfter w:w="54" w:type="dxa"/>
          <w:cantSplit/>
          <w:jc w:val="center"/>
        </w:trPr>
        <w:tc>
          <w:tcPr>
            <w:tcW w:w="10659" w:type="dxa"/>
            <w:gridSpan w:val="3"/>
            <w:tcBorders>
              <w:top w:val="single" w:sz="0" w:space="0" w:color="087D87"/>
              <w:left w:val="single" w:sz="0" w:space="0" w:color="087D87"/>
              <w:bottom w:val="single" w:sz="0" w:space="0" w:color="087D87"/>
              <w:right w:val="single" w:sz="0" w:space="0" w:color="087D87"/>
            </w:tcBorders>
            <w:shd w:val="clear" w:color="auto" w:fill="087D87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09A7B3F1" w14:textId="77777777" w:rsidR="000E2459" w:rsidRDefault="00000000">
            <w:pPr>
              <w:jc w:val="center"/>
            </w:pPr>
            <w:r>
              <w:rPr>
                <w:b/>
                <w:color w:val="FFFFFF"/>
                <w:sz w:val="26"/>
              </w:rPr>
              <w:t>Pendant les cours</w:t>
            </w:r>
          </w:p>
        </w:tc>
      </w:tr>
      <w:tr w:rsidR="000E2459" w:rsidRPr="00251CA0" w14:paraId="7CE54330" w14:textId="77777777">
        <w:trPr>
          <w:cantSplit/>
          <w:jc w:val="center"/>
        </w:trPr>
        <w:tc>
          <w:tcPr>
            <w:tcW w:w="3504" w:type="dxa"/>
            <w:tcBorders>
              <w:top w:val="single" w:sz="6" w:space="0" w:color="35A853"/>
              <w:left w:val="single" w:sz="6" w:space="0" w:color="35A853"/>
              <w:bottom w:val="single" w:sz="6" w:space="0" w:color="35A853"/>
              <w:right w:val="single" w:sz="6" w:space="0" w:color="35A853"/>
            </w:tcBorders>
            <w:tcMar>
              <w:top w:w="25" w:type="dxa"/>
              <w:left w:w="45" w:type="dxa"/>
              <w:bottom w:w="25" w:type="dxa"/>
              <w:right w:w="45" w:type="dxa"/>
            </w:tcMar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04"/>
            </w:tblGrid>
            <w:tr w:rsidR="000E2459" w:rsidRPr="00B359BE" w14:paraId="059B3396" w14:textId="77777777">
              <w:tc>
                <w:tcPr>
                  <w:tcW w:w="33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A853"/>
                  <w:tcMar>
                    <w:top w:w="45" w:type="dxa"/>
                    <w:left w:w="50" w:type="dxa"/>
                    <w:bottom w:w="45" w:type="dxa"/>
                    <w:right w:w="50" w:type="dxa"/>
                  </w:tcMar>
                </w:tcPr>
                <w:p w14:paraId="2DAA9ECF" w14:textId="77777777" w:rsidR="000E2459" w:rsidRPr="00B359BE" w:rsidRDefault="00000000">
                  <w:pPr>
                    <w:jc w:val="center"/>
                    <w:rPr>
                      <w:sz w:val="24"/>
                      <w:szCs w:val="32"/>
                    </w:rPr>
                  </w:pPr>
                  <w:proofErr w:type="gramStart"/>
                  <w:r w:rsidRPr="00B359BE">
                    <w:rPr>
                      <w:b/>
                      <w:color w:val="FFFFFF"/>
                      <w:sz w:val="24"/>
                      <w:szCs w:val="32"/>
                    </w:rPr>
                    <w:t>✓  AUTORISÉ</w:t>
                  </w:r>
                  <w:proofErr w:type="gramEnd"/>
                </w:p>
              </w:tc>
            </w:tr>
            <w:tr w:rsidR="000E2459" w:rsidRPr="00B359BE" w14:paraId="38883B80" w14:textId="77777777">
              <w:trPr>
                <w:trHeight w:val="765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EDF8EF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2E16B771" w14:textId="77777777" w:rsidR="000E2459" w:rsidRPr="00B359BE" w:rsidRDefault="00000000">
                  <w:pPr>
                    <w:rPr>
                      <w:sz w:val="24"/>
                      <w:szCs w:val="32"/>
                      <w:lang w:val="fr-FR"/>
                    </w:rPr>
                  </w:pPr>
                  <w:r w:rsidRPr="00B359BE">
                    <w:rPr>
                      <w:b/>
                      <w:color w:val="35A853"/>
                      <w:sz w:val="24"/>
                      <w:szCs w:val="32"/>
                      <w:lang w:val="fr-FR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  <w:lang w:val="fr-FR"/>
                    </w:rPr>
                    <w:t>Sortir l’appareil lorsque l’activité le nécessite</w:t>
                  </w:r>
                </w:p>
              </w:tc>
            </w:tr>
            <w:tr w:rsidR="000E2459" w:rsidRPr="00B359BE" w14:paraId="2F3EDB23" w14:textId="77777777">
              <w:trPr>
                <w:trHeight w:val="765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EDF8EF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5D5F61FC" w14:textId="77777777" w:rsidR="000E2459" w:rsidRPr="00B359BE" w:rsidRDefault="00000000">
                  <w:pPr>
                    <w:rPr>
                      <w:sz w:val="24"/>
                      <w:szCs w:val="32"/>
                      <w:lang w:val="fr-FR"/>
                    </w:rPr>
                  </w:pPr>
                  <w:r w:rsidRPr="00B359BE">
                    <w:rPr>
                      <w:b/>
                      <w:color w:val="35A853"/>
                      <w:sz w:val="24"/>
                      <w:szCs w:val="32"/>
                      <w:lang w:val="fr-FR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  <w:lang w:val="fr-FR"/>
                    </w:rPr>
                    <w:t>Utiliser les applications et outils prévus</w:t>
                  </w:r>
                </w:p>
              </w:tc>
            </w:tr>
            <w:tr w:rsidR="000E2459" w:rsidRPr="00B359BE" w14:paraId="03063E84" w14:textId="77777777">
              <w:trPr>
                <w:trHeight w:val="765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EDF8EF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19699859" w14:textId="77777777" w:rsidR="000E2459" w:rsidRPr="00B359BE" w:rsidRDefault="00000000">
                  <w:pPr>
                    <w:rPr>
                      <w:sz w:val="24"/>
                      <w:szCs w:val="32"/>
                      <w:lang w:val="fr-FR"/>
                    </w:rPr>
                  </w:pPr>
                  <w:r w:rsidRPr="00B359BE">
                    <w:rPr>
                      <w:b/>
                      <w:color w:val="35A853"/>
                      <w:sz w:val="24"/>
                      <w:szCs w:val="32"/>
                      <w:lang w:val="fr-FR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  <w:lang w:val="fr-FR"/>
                    </w:rPr>
                    <w:t>Lire, écrire, annoter ou scanner un document</w:t>
                  </w:r>
                </w:p>
              </w:tc>
            </w:tr>
            <w:tr w:rsidR="000E2459" w:rsidRPr="00B359BE" w14:paraId="04AAD838" w14:textId="77777777">
              <w:trPr>
                <w:trHeight w:val="765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EDF8EF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2198F990" w14:textId="77777777" w:rsidR="000E2459" w:rsidRPr="00B359BE" w:rsidRDefault="00000000">
                  <w:pPr>
                    <w:rPr>
                      <w:sz w:val="24"/>
                      <w:szCs w:val="32"/>
                      <w:lang w:val="fr-FR"/>
                    </w:rPr>
                  </w:pPr>
                  <w:r w:rsidRPr="00B359BE">
                    <w:rPr>
                      <w:b/>
                      <w:color w:val="35A853"/>
                      <w:sz w:val="24"/>
                      <w:szCs w:val="32"/>
                      <w:lang w:val="fr-FR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  <w:lang w:val="fr-FR"/>
                    </w:rPr>
                    <w:t>Utiliser mes aides : synthèse vocale, correcteur, prédiction de mots, OCR</w:t>
                  </w:r>
                </w:p>
              </w:tc>
            </w:tr>
          </w:tbl>
          <w:p w14:paraId="29358ABA" w14:textId="77777777" w:rsidR="000E2459" w:rsidRPr="00B359BE" w:rsidRDefault="000E2459">
            <w:pPr>
              <w:rPr>
                <w:sz w:val="24"/>
                <w:szCs w:val="32"/>
                <w:lang w:val="fr-FR"/>
              </w:rPr>
            </w:pPr>
          </w:p>
        </w:tc>
        <w:tc>
          <w:tcPr>
            <w:tcW w:w="3504" w:type="dxa"/>
            <w:tcBorders>
              <w:top w:val="single" w:sz="6" w:space="0" w:color="F39C12"/>
              <w:left w:val="single" w:sz="6" w:space="0" w:color="F39C12"/>
              <w:bottom w:val="single" w:sz="6" w:space="0" w:color="F39C12"/>
              <w:right w:val="single" w:sz="6" w:space="0" w:color="F39C12"/>
            </w:tcBorders>
            <w:tcMar>
              <w:top w:w="25" w:type="dxa"/>
              <w:left w:w="45" w:type="dxa"/>
              <w:bottom w:w="25" w:type="dxa"/>
              <w:right w:w="45" w:type="dxa"/>
            </w:tcMar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04"/>
            </w:tblGrid>
            <w:tr w:rsidR="000E2459" w:rsidRPr="00B359BE" w14:paraId="590A6231" w14:textId="77777777">
              <w:tc>
                <w:tcPr>
                  <w:tcW w:w="33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9C12"/>
                  <w:tcMar>
                    <w:top w:w="45" w:type="dxa"/>
                    <w:left w:w="50" w:type="dxa"/>
                    <w:bottom w:w="45" w:type="dxa"/>
                    <w:right w:w="50" w:type="dxa"/>
                  </w:tcMar>
                </w:tcPr>
                <w:p w14:paraId="0617C5C2" w14:textId="77777777" w:rsidR="000E2459" w:rsidRPr="00B359BE" w:rsidRDefault="00000000">
                  <w:pPr>
                    <w:jc w:val="center"/>
                    <w:rPr>
                      <w:sz w:val="24"/>
                      <w:szCs w:val="32"/>
                    </w:rPr>
                  </w:pPr>
                  <w:r w:rsidRPr="00B359BE">
                    <w:rPr>
                      <w:b/>
                      <w:color w:val="FFFFFF"/>
                      <w:sz w:val="24"/>
                      <w:szCs w:val="32"/>
                    </w:rPr>
                    <w:t>!  AUTORISÉ</w:t>
                  </w:r>
                  <w:r w:rsidRPr="00B359BE">
                    <w:rPr>
                      <w:b/>
                      <w:color w:val="FFFFFF"/>
                      <w:sz w:val="24"/>
                      <w:szCs w:val="32"/>
                    </w:rPr>
                    <w:br/>
                    <w:t>SOUS CONDITIONS</w:t>
                  </w:r>
                </w:p>
              </w:tc>
            </w:tr>
            <w:tr w:rsidR="000E2459" w:rsidRPr="00B359BE" w14:paraId="2273020E" w14:textId="77777777">
              <w:trPr>
                <w:trHeight w:val="765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FFF6E6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7E65CCE9" w14:textId="77777777" w:rsidR="000E2459" w:rsidRPr="00B359BE" w:rsidRDefault="00000000">
                  <w:pPr>
                    <w:rPr>
                      <w:sz w:val="24"/>
                      <w:szCs w:val="32"/>
                    </w:rPr>
                  </w:pPr>
                  <w:r w:rsidRPr="00B359BE">
                    <w:rPr>
                      <w:b/>
                      <w:color w:val="F39C12"/>
                      <w:sz w:val="24"/>
                      <w:szCs w:val="32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</w:rPr>
                    <w:t>Internet pour l’activité demandée</w:t>
                  </w:r>
                </w:p>
              </w:tc>
            </w:tr>
            <w:tr w:rsidR="000E2459" w:rsidRPr="00B359BE" w14:paraId="15828920" w14:textId="77777777">
              <w:trPr>
                <w:trHeight w:val="765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FFF6E6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31228CDB" w14:textId="77777777" w:rsidR="000E2459" w:rsidRPr="00B359BE" w:rsidRDefault="00000000">
                  <w:pPr>
                    <w:rPr>
                      <w:sz w:val="24"/>
                      <w:szCs w:val="32"/>
                      <w:lang w:val="fr-FR"/>
                    </w:rPr>
                  </w:pPr>
                  <w:r w:rsidRPr="00B359BE">
                    <w:rPr>
                      <w:b/>
                      <w:color w:val="F39C12"/>
                      <w:sz w:val="24"/>
                      <w:szCs w:val="32"/>
                      <w:lang w:val="fr-FR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  <w:lang w:val="fr-FR"/>
                    </w:rPr>
                    <w:t>Dictée vocale selon la consigne ou la matière</w:t>
                  </w:r>
                </w:p>
              </w:tc>
            </w:tr>
            <w:tr w:rsidR="000E2459" w:rsidRPr="00B359BE" w14:paraId="02B4AD73" w14:textId="77777777">
              <w:trPr>
                <w:trHeight w:val="765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FFF6E6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4BD342C0" w14:textId="77777777" w:rsidR="000E2459" w:rsidRPr="00B359BE" w:rsidRDefault="00000000">
                  <w:pPr>
                    <w:rPr>
                      <w:sz w:val="24"/>
                      <w:szCs w:val="32"/>
                    </w:rPr>
                  </w:pPr>
                  <w:r w:rsidRPr="00B359BE">
                    <w:rPr>
                      <w:b/>
                      <w:color w:val="F39C12"/>
                      <w:sz w:val="24"/>
                      <w:szCs w:val="32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</w:rPr>
                    <w:t>Calculatrice si l’exercice l’autorise</w:t>
                  </w:r>
                </w:p>
              </w:tc>
            </w:tr>
            <w:tr w:rsidR="000E2459" w:rsidRPr="00B359BE" w14:paraId="7C923C75" w14:textId="77777777">
              <w:trPr>
                <w:trHeight w:val="765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FFF6E6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686EC541" w14:textId="77777777" w:rsidR="000E2459" w:rsidRPr="00B359BE" w:rsidRDefault="00000000">
                  <w:pPr>
                    <w:rPr>
                      <w:sz w:val="24"/>
                      <w:szCs w:val="32"/>
                      <w:lang w:val="fr-FR"/>
                    </w:rPr>
                  </w:pPr>
                  <w:r w:rsidRPr="00B359BE">
                    <w:rPr>
                      <w:b/>
                      <w:color w:val="F39C12"/>
                      <w:sz w:val="24"/>
                      <w:szCs w:val="32"/>
                      <w:lang w:val="fr-FR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  <w:lang w:val="fr-FR"/>
                    </w:rPr>
                    <w:t>Photographier un support sans personnes, si c’est autorisé</w:t>
                  </w:r>
                </w:p>
              </w:tc>
            </w:tr>
          </w:tbl>
          <w:p w14:paraId="1126504A" w14:textId="77777777" w:rsidR="000E2459" w:rsidRPr="00B359BE" w:rsidRDefault="000E2459">
            <w:pPr>
              <w:rPr>
                <w:sz w:val="24"/>
                <w:szCs w:val="32"/>
                <w:lang w:val="fr-FR"/>
              </w:rPr>
            </w:pPr>
          </w:p>
        </w:tc>
        <w:tc>
          <w:tcPr>
            <w:tcW w:w="3504" w:type="dxa"/>
            <w:gridSpan w:val="2"/>
            <w:tcBorders>
              <w:top w:val="single" w:sz="6" w:space="0" w:color="D93025"/>
              <w:left w:val="single" w:sz="6" w:space="0" w:color="D93025"/>
              <w:bottom w:val="single" w:sz="6" w:space="0" w:color="D93025"/>
              <w:right w:val="single" w:sz="6" w:space="0" w:color="D93025"/>
            </w:tcBorders>
            <w:tcMar>
              <w:top w:w="25" w:type="dxa"/>
              <w:left w:w="45" w:type="dxa"/>
              <w:bottom w:w="25" w:type="dxa"/>
              <w:right w:w="45" w:type="dxa"/>
            </w:tcMar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04"/>
            </w:tblGrid>
            <w:tr w:rsidR="000E2459" w:rsidRPr="00B359BE" w14:paraId="6B474870" w14:textId="77777777">
              <w:tc>
                <w:tcPr>
                  <w:tcW w:w="33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3025"/>
                  <w:tcMar>
                    <w:top w:w="45" w:type="dxa"/>
                    <w:left w:w="50" w:type="dxa"/>
                    <w:bottom w:w="45" w:type="dxa"/>
                    <w:right w:w="50" w:type="dxa"/>
                  </w:tcMar>
                </w:tcPr>
                <w:p w14:paraId="05E2DD0F" w14:textId="77777777" w:rsidR="000E2459" w:rsidRPr="00B359BE" w:rsidRDefault="00000000">
                  <w:pPr>
                    <w:jc w:val="center"/>
                    <w:rPr>
                      <w:sz w:val="24"/>
                      <w:szCs w:val="32"/>
                    </w:rPr>
                  </w:pPr>
                  <w:proofErr w:type="gramStart"/>
                  <w:r w:rsidRPr="00B359BE">
                    <w:rPr>
                      <w:b/>
                      <w:color w:val="FFFFFF"/>
                      <w:sz w:val="24"/>
                      <w:szCs w:val="32"/>
                    </w:rPr>
                    <w:t>×  INTERDIT</w:t>
                  </w:r>
                  <w:proofErr w:type="gramEnd"/>
                </w:p>
              </w:tc>
            </w:tr>
            <w:tr w:rsidR="000E2459" w:rsidRPr="00B359BE" w14:paraId="6EC2A6C5" w14:textId="77777777">
              <w:trPr>
                <w:trHeight w:val="510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FDEEEE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28B2CF2D" w14:textId="77777777" w:rsidR="000E2459" w:rsidRPr="00B359BE" w:rsidRDefault="00000000">
                  <w:pPr>
                    <w:rPr>
                      <w:sz w:val="24"/>
                      <w:szCs w:val="32"/>
                    </w:rPr>
                  </w:pPr>
                  <w:r w:rsidRPr="00B359BE">
                    <w:rPr>
                      <w:b/>
                      <w:color w:val="D93025"/>
                      <w:sz w:val="24"/>
                      <w:szCs w:val="32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</w:rPr>
                    <w:t>Jeux</w:t>
                  </w:r>
                </w:p>
              </w:tc>
            </w:tr>
            <w:tr w:rsidR="000E2459" w:rsidRPr="00B359BE" w14:paraId="4BEB7EB3" w14:textId="77777777">
              <w:trPr>
                <w:trHeight w:val="510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FDEEEE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3C84C0F6" w14:textId="77777777" w:rsidR="000E2459" w:rsidRPr="00B359BE" w:rsidRDefault="00000000">
                  <w:pPr>
                    <w:rPr>
                      <w:sz w:val="24"/>
                      <w:szCs w:val="32"/>
                    </w:rPr>
                  </w:pPr>
                  <w:r w:rsidRPr="00B359BE">
                    <w:rPr>
                      <w:b/>
                      <w:color w:val="D93025"/>
                      <w:sz w:val="24"/>
                      <w:szCs w:val="32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</w:rPr>
                    <w:t>Réseaux sociaux</w:t>
                  </w:r>
                </w:p>
              </w:tc>
            </w:tr>
            <w:tr w:rsidR="000E2459" w:rsidRPr="00B359BE" w14:paraId="55C3A38D" w14:textId="77777777">
              <w:trPr>
                <w:trHeight w:val="510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FDEEEE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246870FF" w14:textId="77777777" w:rsidR="000E2459" w:rsidRPr="00B359BE" w:rsidRDefault="00000000">
                  <w:pPr>
                    <w:rPr>
                      <w:sz w:val="24"/>
                      <w:szCs w:val="32"/>
                    </w:rPr>
                  </w:pPr>
                  <w:r w:rsidRPr="00B359BE">
                    <w:rPr>
                      <w:b/>
                      <w:color w:val="D93025"/>
                      <w:sz w:val="24"/>
                      <w:szCs w:val="32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</w:rPr>
                    <w:t>Messageries</w:t>
                  </w:r>
                </w:p>
              </w:tc>
            </w:tr>
            <w:tr w:rsidR="000E2459" w:rsidRPr="00B359BE" w14:paraId="687B14DD" w14:textId="77777777">
              <w:trPr>
                <w:trHeight w:val="510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FDEEEE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4D664BE9" w14:textId="77777777" w:rsidR="000E2459" w:rsidRPr="00B359BE" w:rsidRDefault="00000000">
                  <w:pPr>
                    <w:rPr>
                      <w:sz w:val="24"/>
                      <w:szCs w:val="32"/>
                      <w:lang w:val="fr-FR"/>
                    </w:rPr>
                  </w:pPr>
                  <w:r w:rsidRPr="00B359BE">
                    <w:rPr>
                      <w:b/>
                      <w:color w:val="D93025"/>
                      <w:sz w:val="24"/>
                      <w:szCs w:val="32"/>
                      <w:lang w:val="fr-FR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  <w:lang w:val="fr-FR"/>
                    </w:rPr>
                    <w:t>Photos ou vidéos de personnes sans autorisation</w:t>
                  </w:r>
                </w:p>
              </w:tc>
            </w:tr>
            <w:tr w:rsidR="000E2459" w:rsidRPr="00B359BE" w14:paraId="2550CBDE" w14:textId="77777777">
              <w:trPr>
                <w:trHeight w:val="510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FDEEEE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54DC5FB7" w14:textId="77777777" w:rsidR="000E2459" w:rsidRPr="00B359BE" w:rsidRDefault="00000000">
                  <w:pPr>
                    <w:rPr>
                      <w:sz w:val="24"/>
                      <w:szCs w:val="32"/>
                    </w:rPr>
                  </w:pPr>
                  <w:r w:rsidRPr="00B359BE">
                    <w:rPr>
                      <w:b/>
                      <w:color w:val="D93025"/>
                      <w:sz w:val="24"/>
                      <w:szCs w:val="32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</w:rPr>
                    <w:t>Prêter l’appareil sans accord</w:t>
                  </w:r>
                </w:p>
              </w:tc>
            </w:tr>
            <w:tr w:rsidR="000E2459" w:rsidRPr="00B359BE" w14:paraId="3A6C388A" w14:textId="77777777">
              <w:trPr>
                <w:trHeight w:val="510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FDEEEE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27A9DC11" w14:textId="77777777" w:rsidR="000E2459" w:rsidRPr="00B359BE" w:rsidRDefault="00000000">
                  <w:pPr>
                    <w:rPr>
                      <w:sz w:val="24"/>
                      <w:szCs w:val="32"/>
                      <w:lang w:val="fr-FR"/>
                    </w:rPr>
                  </w:pPr>
                  <w:r w:rsidRPr="00B359BE">
                    <w:rPr>
                      <w:b/>
                      <w:color w:val="D93025"/>
                      <w:sz w:val="24"/>
                      <w:szCs w:val="32"/>
                      <w:lang w:val="fr-FR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  <w:lang w:val="fr-FR"/>
                    </w:rPr>
                    <w:t>IA ou application non prévue</w:t>
                  </w:r>
                </w:p>
              </w:tc>
            </w:tr>
          </w:tbl>
          <w:p w14:paraId="64C1E118" w14:textId="77777777" w:rsidR="000E2459" w:rsidRPr="00B359BE" w:rsidRDefault="000E2459">
            <w:pPr>
              <w:rPr>
                <w:sz w:val="24"/>
                <w:szCs w:val="32"/>
                <w:lang w:val="fr-FR"/>
              </w:rPr>
            </w:pPr>
          </w:p>
        </w:tc>
      </w:tr>
    </w:tbl>
    <w:p w14:paraId="024F70BE" w14:textId="77777777" w:rsidR="000E2459" w:rsidRDefault="000E2459" w:rsidP="00251CA0">
      <w:pPr>
        <w:spacing w:after="20"/>
        <w:jc w:val="center"/>
        <w:rPr>
          <w:lang w:val="fr-FR"/>
        </w:rPr>
      </w:pPr>
    </w:p>
    <w:p w14:paraId="22C778A3" w14:textId="77777777" w:rsidR="00B359BE" w:rsidRDefault="00B359BE" w:rsidP="00251CA0">
      <w:pPr>
        <w:spacing w:after="20"/>
        <w:jc w:val="center"/>
        <w:rPr>
          <w:lang w:val="fr-FR"/>
        </w:rPr>
      </w:pPr>
    </w:p>
    <w:p w14:paraId="14B5EEAF" w14:textId="77777777" w:rsidR="00B359BE" w:rsidRDefault="00B359BE" w:rsidP="00251CA0">
      <w:pPr>
        <w:spacing w:after="20"/>
        <w:jc w:val="center"/>
        <w:rPr>
          <w:lang w:val="fr-F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4"/>
        <w:gridCol w:w="3504"/>
        <w:gridCol w:w="3651"/>
        <w:gridCol w:w="54"/>
      </w:tblGrid>
      <w:tr w:rsidR="00251CA0" w14:paraId="3BA06807" w14:textId="77777777" w:rsidTr="00BD541E">
        <w:trPr>
          <w:gridAfter w:val="1"/>
          <w:wAfter w:w="54" w:type="dxa"/>
          <w:cantSplit/>
          <w:jc w:val="center"/>
        </w:trPr>
        <w:tc>
          <w:tcPr>
            <w:tcW w:w="10659" w:type="dxa"/>
            <w:gridSpan w:val="3"/>
            <w:tcBorders>
              <w:top w:val="single" w:sz="0" w:space="0" w:color="087D87"/>
              <w:left w:val="single" w:sz="0" w:space="0" w:color="087D87"/>
              <w:bottom w:val="single" w:sz="0" w:space="0" w:color="087D87"/>
              <w:right w:val="single" w:sz="0" w:space="0" w:color="087D87"/>
            </w:tcBorders>
            <w:shd w:val="clear" w:color="auto" w:fill="087D87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1881838D" w14:textId="434FF690" w:rsidR="00251CA0" w:rsidRDefault="00B359BE" w:rsidP="00BD541E">
            <w:pPr>
              <w:jc w:val="center"/>
            </w:pPr>
            <w:r>
              <w:rPr>
                <w:b/>
                <w:color w:val="FFFFFF"/>
                <w:sz w:val="26"/>
              </w:rPr>
              <w:t>Pendant les évaluations</w:t>
            </w:r>
          </w:p>
        </w:tc>
      </w:tr>
      <w:tr w:rsidR="00251CA0" w:rsidRPr="00251CA0" w14:paraId="4B25513A" w14:textId="77777777" w:rsidTr="00BD541E">
        <w:trPr>
          <w:cantSplit/>
          <w:jc w:val="center"/>
        </w:trPr>
        <w:tc>
          <w:tcPr>
            <w:tcW w:w="3504" w:type="dxa"/>
            <w:tcBorders>
              <w:top w:val="single" w:sz="6" w:space="0" w:color="35A853"/>
              <w:left w:val="single" w:sz="6" w:space="0" w:color="35A853"/>
              <w:bottom w:val="single" w:sz="6" w:space="0" w:color="35A853"/>
              <w:right w:val="single" w:sz="6" w:space="0" w:color="35A853"/>
            </w:tcBorders>
            <w:tcMar>
              <w:top w:w="25" w:type="dxa"/>
              <w:left w:w="45" w:type="dxa"/>
              <w:bottom w:w="25" w:type="dxa"/>
              <w:right w:w="45" w:type="dxa"/>
            </w:tcMar>
          </w:tcPr>
          <w:tbl>
            <w:tblPr>
              <w:tblW w:w="3504" w:type="dxa"/>
              <w:tblLayout w:type="fixed"/>
              <w:tblLook w:val="04A0" w:firstRow="1" w:lastRow="0" w:firstColumn="1" w:lastColumn="0" w:noHBand="0" w:noVBand="1"/>
            </w:tblPr>
            <w:tblGrid>
              <w:gridCol w:w="3504"/>
            </w:tblGrid>
            <w:tr w:rsidR="00251CA0" w:rsidRPr="00B359BE" w14:paraId="545EFEC6" w14:textId="77777777" w:rsidTr="00B359BE">
              <w:tc>
                <w:tcPr>
                  <w:tcW w:w="35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A853"/>
                  <w:tcMar>
                    <w:top w:w="45" w:type="dxa"/>
                    <w:left w:w="50" w:type="dxa"/>
                    <w:bottom w:w="45" w:type="dxa"/>
                    <w:right w:w="50" w:type="dxa"/>
                  </w:tcMar>
                </w:tcPr>
                <w:p w14:paraId="13C3AA0A" w14:textId="1105F707" w:rsidR="00251CA0" w:rsidRPr="00B359BE" w:rsidRDefault="00B359BE" w:rsidP="00BD541E">
                  <w:pPr>
                    <w:jc w:val="center"/>
                    <w:rPr>
                      <w:sz w:val="24"/>
                      <w:szCs w:val="32"/>
                    </w:rPr>
                  </w:pPr>
                  <w:proofErr w:type="gramStart"/>
                  <w:r w:rsidRPr="00B359BE">
                    <w:rPr>
                      <w:b/>
                      <w:color w:val="FFFFFF"/>
                      <w:sz w:val="24"/>
                      <w:szCs w:val="32"/>
                    </w:rPr>
                    <w:t>✓  AUTORISÉ</w:t>
                  </w:r>
                  <w:proofErr w:type="gramEnd"/>
                </w:p>
              </w:tc>
            </w:tr>
            <w:tr w:rsidR="00B359BE" w:rsidRPr="00B359BE" w14:paraId="2CB807C1" w14:textId="77777777" w:rsidTr="00B359BE">
              <w:trPr>
                <w:trHeight w:val="765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EDF8EF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5B60D429" w14:textId="28060BC4" w:rsidR="00B359BE" w:rsidRPr="00B359BE" w:rsidRDefault="00B359BE" w:rsidP="00B359BE">
                  <w:pPr>
                    <w:rPr>
                      <w:sz w:val="24"/>
                      <w:szCs w:val="32"/>
                      <w:lang w:val="fr-FR"/>
                    </w:rPr>
                  </w:pPr>
                  <w:r w:rsidRPr="00B359BE">
                    <w:rPr>
                      <w:b/>
                      <w:color w:val="35A853"/>
                      <w:sz w:val="24"/>
                      <w:szCs w:val="32"/>
                      <w:lang w:val="fr-FR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  <w:lang w:val="fr-FR"/>
                    </w:rPr>
                    <w:t>Les outils prévus dans mes aménagements</w:t>
                  </w:r>
                </w:p>
              </w:tc>
            </w:tr>
            <w:tr w:rsidR="00B359BE" w:rsidRPr="00B359BE" w14:paraId="5F053528" w14:textId="77777777" w:rsidTr="00B359BE">
              <w:trPr>
                <w:trHeight w:val="765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EDF8EF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2B0E4F4E" w14:textId="53FE2395" w:rsidR="00B359BE" w:rsidRPr="00B359BE" w:rsidRDefault="00B359BE" w:rsidP="00B359BE">
                  <w:pPr>
                    <w:rPr>
                      <w:sz w:val="24"/>
                      <w:szCs w:val="32"/>
                      <w:lang w:val="fr-FR"/>
                    </w:rPr>
                  </w:pPr>
                  <w:r w:rsidRPr="00B359BE">
                    <w:rPr>
                      <w:b/>
                      <w:color w:val="35A853"/>
                      <w:sz w:val="24"/>
                      <w:szCs w:val="32"/>
                      <w:lang w:val="fr-FR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  <w:lang w:val="fr-FR"/>
                    </w:rPr>
                    <w:t>Les applications validées pour l’évaluation</w:t>
                  </w:r>
                </w:p>
              </w:tc>
            </w:tr>
            <w:tr w:rsidR="00B359BE" w:rsidRPr="00B359BE" w14:paraId="3D408BE8" w14:textId="77777777" w:rsidTr="00B359BE">
              <w:trPr>
                <w:trHeight w:val="765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EDF8EF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65D526DB" w14:textId="6215AC96" w:rsidR="00B359BE" w:rsidRPr="00B359BE" w:rsidRDefault="00B359BE" w:rsidP="00B359BE">
                  <w:pPr>
                    <w:rPr>
                      <w:sz w:val="24"/>
                      <w:szCs w:val="32"/>
                      <w:lang w:val="fr-FR"/>
                    </w:rPr>
                  </w:pPr>
                  <w:r w:rsidRPr="00B359BE">
                    <w:rPr>
                      <w:b/>
                      <w:color w:val="35A853"/>
                      <w:sz w:val="24"/>
                      <w:szCs w:val="32"/>
                      <w:lang w:val="fr-FR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  <w:lang w:val="fr-FR"/>
                    </w:rPr>
                    <w:t>Rendre mon travail selon la méthode demandée</w:t>
                  </w:r>
                </w:p>
              </w:tc>
            </w:tr>
            <w:tr w:rsidR="00B359BE" w:rsidRPr="00B359BE" w14:paraId="7E1E56F3" w14:textId="77777777" w:rsidTr="00B359BE">
              <w:trPr>
                <w:trHeight w:val="765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EDF8EF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70440FC8" w14:textId="3F97EA13" w:rsidR="00B359BE" w:rsidRPr="00B359BE" w:rsidRDefault="00B359BE" w:rsidP="00B359BE">
                  <w:pPr>
                    <w:rPr>
                      <w:sz w:val="24"/>
                      <w:szCs w:val="32"/>
                      <w:lang w:val="fr-FR"/>
                    </w:rPr>
                  </w:pPr>
                  <w:r w:rsidRPr="00B359BE">
                    <w:rPr>
                      <w:b/>
                      <w:color w:val="35A853"/>
                      <w:sz w:val="24"/>
                      <w:szCs w:val="32"/>
                      <w:lang w:val="fr-FR"/>
                    </w:rPr>
                    <w:t xml:space="preserve">• </w:t>
                  </w:r>
                </w:p>
              </w:tc>
            </w:tr>
          </w:tbl>
          <w:p w14:paraId="6CFAACAC" w14:textId="77777777" w:rsidR="00251CA0" w:rsidRPr="00B359BE" w:rsidRDefault="00251CA0" w:rsidP="00BD541E">
            <w:pPr>
              <w:rPr>
                <w:sz w:val="24"/>
                <w:szCs w:val="32"/>
                <w:lang w:val="fr-FR"/>
              </w:rPr>
            </w:pPr>
          </w:p>
        </w:tc>
        <w:tc>
          <w:tcPr>
            <w:tcW w:w="3504" w:type="dxa"/>
            <w:tcBorders>
              <w:top w:val="single" w:sz="6" w:space="0" w:color="F39C12"/>
              <w:left w:val="single" w:sz="6" w:space="0" w:color="F39C12"/>
              <w:bottom w:val="single" w:sz="6" w:space="0" w:color="F39C12"/>
              <w:right w:val="single" w:sz="6" w:space="0" w:color="F39C12"/>
            </w:tcBorders>
            <w:tcMar>
              <w:top w:w="25" w:type="dxa"/>
              <w:left w:w="45" w:type="dxa"/>
              <w:bottom w:w="25" w:type="dxa"/>
              <w:right w:w="45" w:type="dxa"/>
            </w:tcMar>
          </w:tcPr>
          <w:tbl>
            <w:tblPr>
              <w:tblW w:w="3504" w:type="dxa"/>
              <w:tblLayout w:type="fixed"/>
              <w:tblLook w:val="04A0" w:firstRow="1" w:lastRow="0" w:firstColumn="1" w:lastColumn="0" w:noHBand="0" w:noVBand="1"/>
            </w:tblPr>
            <w:tblGrid>
              <w:gridCol w:w="3504"/>
            </w:tblGrid>
            <w:tr w:rsidR="00251CA0" w:rsidRPr="00B359BE" w14:paraId="2F34AE46" w14:textId="77777777" w:rsidTr="00B359BE">
              <w:tc>
                <w:tcPr>
                  <w:tcW w:w="35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39C12"/>
                  <w:tcMar>
                    <w:top w:w="45" w:type="dxa"/>
                    <w:left w:w="50" w:type="dxa"/>
                    <w:bottom w:w="45" w:type="dxa"/>
                    <w:right w:w="50" w:type="dxa"/>
                  </w:tcMar>
                </w:tcPr>
                <w:p w14:paraId="67BF4130" w14:textId="77777777" w:rsidR="00251CA0" w:rsidRPr="00B359BE" w:rsidRDefault="00251CA0" w:rsidP="00BD541E">
                  <w:pPr>
                    <w:jc w:val="center"/>
                    <w:rPr>
                      <w:sz w:val="24"/>
                      <w:szCs w:val="32"/>
                    </w:rPr>
                  </w:pPr>
                  <w:r w:rsidRPr="00B359BE">
                    <w:rPr>
                      <w:b/>
                      <w:color w:val="FFFFFF"/>
                      <w:sz w:val="24"/>
                      <w:szCs w:val="32"/>
                    </w:rPr>
                    <w:t>!  AUTORISÉ</w:t>
                  </w:r>
                  <w:r w:rsidRPr="00B359BE">
                    <w:rPr>
                      <w:b/>
                      <w:color w:val="FFFFFF"/>
                      <w:sz w:val="24"/>
                      <w:szCs w:val="32"/>
                    </w:rPr>
                    <w:br/>
                    <w:t>SOUS CONDITIONS</w:t>
                  </w:r>
                </w:p>
              </w:tc>
            </w:tr>
            <w:tr w:rsidR="00B359BE" w:rsidRPr="00B359BE" w14:paraId="2C632EE0" w14:textId="77777777" w:rsidTr="00B359BE">
              <w:trPr>
                <w:trHeight w:val="765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FFF6E6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130E731F" w14:textId="79FDC8D4" w:rsidR="00B359BE" w:rsidRPr="00B359BE" w:rsidRDefault="00B359BE" w:rsidP="00B359BE">
                  <w:pPr>
                    <w:rPr>
                      <w:sz w:val="24"/>
                      <w:szCs w:val="32"/>
                      <w:lang w:val="fr-FR"/>
                    </w:rPr>
                  </w:pPr>
                  <w:r w:rsidRPr="00B359BE">
                    <w:rPr>
                      <w:b/>
                      <w:color w:val="F39C12"/>
                      <w:sz w:val="24"/>
                      <w:szCs w:val="32"/>
                      <w:lang w:val="fr-FR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  <w:lang w:val="fr-FR"/>
                    </w:rPr>
                    <w:t>Internet uniquement si l’enseignant l’autorise</w:t>
                  </w:r>
                </w:p>
              </w:tc>
            </w:tr>
            <w:tr w:rsidR="00B359BE" w:rsidRPr="00B359BE" w14:paraId="40A98F2F" w14:textId="77777777" w:rsidTr="00B359BE">
              <w:trPr>
                <w:trHeight w:val="765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FFF6E6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740A0D35" w14:textId="7D7803F7" w:rsidR="00B359BE" w:rsidRPr="00B359BE" w:rsidRDefault="00B359BE" w:rsidP="00B359BE">
                  <w:pPr>
                    <w:rPr>
                      <w:sz w:val="24"/>
                      <w:szCs w:val="32"/>
                      <w:lang w:val="fr-FR"/>
                    </w:rPr>
                  </w:pPr>
                  <w:r w:rsidRPr="00B359BE">
                    <w:rPr>
                      <w:b/>
                      <w:color w:val="F39C12"/>
                      <w:sz w:val="24"/>
                      <w:szCs w:val="32"/>
                      <w:lang w:val="fr-FR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  <w:lang w:val="fr-FR"/>
                    </w:rPr>
                    <w:t>Dictée vocale seulement si elle est prévue</w:t>
                  </w:r>
                </w:p>
              </w:tc>
            </w:tr>
            <w:tr w:rsidR="00B359BE" w:rsidRPr="00B359BE" w14:paraId="08131369" w14:textId="77777777" w:rsidTr="00B359BE">
              <w:trPr>
                <w:trHeight w:val="765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FFF6E6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43E6CB53" w14:textId="42DA7906" w:rsidR="00B359BE" w:rsidRPr="00B359BE" w:rsidRDefault="00B359BE" w:rsidP="00B359BE">
                  <w:pPr>
                    <w:rPr>
                      <w:sz w:val="24"/>
                      <w:szCs w:val="32"/>
                      <w:lang w:val="fr-FR"/>
                    </w:rPr>
                  </w:pPr>
                  <w:r w:rsidRPr="00B359BE">
                    <w:rPr>
                      <w:b/>
                      <w:color w:val="F39C12"/>
                      <w:sz w:val="24"/>
                      <w:szCs w:val="32"/>
                      <w:lang w:val="fr-FR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  <w:lang w:val="fr-FR"/>
                    </w:rPr>
                    <w:t>Calculatrice seulement si elle est autorisée</w:t>
                  </w:r>
                </w:p>
              </w:tc>
            </w:tr>
            <w:tr w:rsidR="00B359BE" w:rsidRPr="00B359BE" w14:paraId="4627A11B" w14:textId="77777777" w:rsidTr="00B359BE">
              <w:trPr>
                <w:trHeight w:val="765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FFF6E6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5EDC57F8" w14:textId="41FBAD8C" w:rsidR="00B359BE" w:rsidRPr="00B359BE" w:rsidRDefault="00B359BE" w:rsidP="00B359BE">
                  <w:pPr>
                    <w:rPr>
                      <w:sz w:val="24"/>
                      <w:szCs w:val="32"/>
                      <w:lang w:val="fr-FR"/>
                    </w:rPr>
                  </w:pPr>
                </w:p>
              </w:tc>
            </w:tr>
          </w:tbl>
          <w:p w14:paraId="795C64BE" w14:textId="77777777" w:rsidR="00251CA0" w:rsidRPr="00B359BE" w:rsidRDefault="00251CA0" w:rsidP="00BD541E">
            <w:pPr>
              <w:rPr>
                <w:sz w:val="24"/>
                <w:szCs w:val="32"/>
                <w:lang w:val="fr-FR"/>
              </w:rPr>
            </w:pPr>
          </w:p>
        </w:tc>
        <w:tc>
          <w:tcPr>
            <w:tcW w:w="3504" w:type="dxa"/>
            <w:gridSpan w:val="2"/>
            <w:tcBorders>
              <w:top w:val="single" w:sz="6" w:space="0" w:color="D93025"/>
              <w:left w:val="single" w:sz="6" w:space="0" w:color="D93025"/>
              <w:bottom w:val="single" w:sz="6" w:space="0" w:color="D93025"/>
              <w:right w:val="single" w:sz="6" w:space="0" w:color="D93025"/>
            </w:tcBorders>
            <w:tcMar>
              <w:top w:w="25" w:type="dxa"/>
              <w:left w:w="45" w:type="dxa"/>
              <w:bottom w:w="25" w:type="dxa"/>
              <w:right w:w="45" w:type="dxa"/>
            </w:tcMar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04"/>
            </w:tblGrid>
            <w:tr w:rsidR="00251CA0" w:rsidRPr="00B359BE" w14:paraId="3BC0244C" w14:textId="77777777" w:rsidTr="00B359BE">
              <w:tc>
                <w:tcPr>
                  <w:tcW w:w="35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3025"/>
                  <w:tcMar>
                    <w:top w:w="45" w:type="dxa"/>
                    <w:left w:w="50" w:type="dxa"/>
                    <w:bottom w:w="45" w:type="dxa"/>
                    <w:right w:w="50" w:type="dxa"/>
                  </w:tcMar>
                </w:tcPr>
                <w:p w14:paraId="6891C85A" w14:textId="77777777" w:rsidR="00251CA0" w:rsidRPr="00B359BE" w:rsidRDefault="00251CA0" w:rsidP="00BD541E">
                  <w:pPr>
                    <w:jc w:val="center"/>
                    <w:rPr>
                      <w:sz w:val="24"/>
                      <w:szCs w:val="32"/>
                    </w:rPr>
                  </w:pPr>
                  <w:proofErr w:type="gramStart"/>
                  <w:r w:rsidRPr="00B359BE">
                    <w:rPr>
                      <w:b/>
                      <w:color w:val="FFFFFF"/>
                      <w:sz w:val="24"/>
                      <w:szCs w:val="32"/>
                    </w:rPr>
                    <w:t>×  INTERDIT</w:t>
                  </w:r>
                  <w:proofErr w:type="gramEnd"/>
                </w:p>
              </w:tc>
            </w:tr>
            <w:tr w:rsidR="00B359BE" w:rsidRPr="00B359BE" w14:paraId="2E560456" w14:textId="77777777" w:rsidTr="00BD541E">
              <w:trPr>
                <w:trHeight w:val="510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FDEEEE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553D5E43" w14:textId="7B9167CD" w:rsidR="00B359BE" w:rsidRPr="00B359BE" w:rsidRDefault="00B359BE" w:rsidP="00B359BE">
                  <w:pPr>
                    <w:rPr>
                      <w:sz w:val="24"/>
                      <w:szCs w:val="32"/>
                      <w:lang w:val="fr-FR"/>
                    </w:rPr>
                  </w:pPr>
                  <w:r w:rsidRPr="00B359BE">
                    <w:rPr>
                      <w:b/>
                      <w:color w:val="D93025"/>
                      <w:sz w:val="24"/>
                      <w:szCs w:val="32"/>
                      <w:lang w:val="fr-FR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  <w:lang w:val="fr-FR"/>
                    </w:rPr>
                    <w:t>Jeux, réseaux sociaux et messageries</w:t>
                  </w:r>
                </w:p>
              </w:tc>
            </w:tr>
            <w:tr w:rsidR="00B359BE" w:rsidRPr="00B359BE" w14:paraId="21C43D85" w14:textId="77777777" w:rsidTr="00BD541E">
              <w:trPr>
                <w:trHeight w:val="510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FDEEEE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34F12279" w14:textId="2AF87EC7" w:rsidR="00B359BE" w:rsidRPr="00B359BE" w:rsidRDefault="00B359BE" w:rsidP="00B359BE">
                  <w:pPr>
                    <w:rPr>
                      <w:sz w:val="24"/>
                      <w:szCs w:val="32"/>
                      <w:lang w:val="fr-FR"/>
                    </w:rPr>
                  </w:pPr>
                  <w:r w:rsidRPr="00B359BE">
                    <w:rPr>
                      <w:b/>
                      <w:color w:val="D93025"/>
                      <w:sz w:val="24"/>
                      <w:szCs w:val="32"/>
                      <w:lang w:val="fr-FR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  <w:lang w:val="fr-FR"/>
                    </w:rPr>
                    <w:t>IA et applications non prévues</w:t>
                  </w:r>
                </w:p>
              </w:tc>
            </w:tr>
            <w:tr w:rsidR="00B359BE" w:rsidRPr="00B359BE" w14:paraId="3A698179" w14:textId="77777777" w:rsidTr="00BD541E">
              <w:trPr>
                <w:trHeight w:val="510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FDEEEE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0078EEB0" w14:textId="7EF4254B" w:rsidR="00B359BE" w:rsidRPr="00B359BE" w:rsidRDefault="00B359BE" w:rsidP="00B359BE">
                  <w:pPr>
                    <w:rPr>
                      <w:sz w:val="24"/>
                      <w:szCs w:val="32"/>
                      <w:lang w:val="fr-FR"/>
                    </w:rPr>
                  </w:pPr>
                  <w:r w:rsidRPr="00B359BE">
                    <w:rPr>
                      <w:b/>
                      <w:color w:val="D93025"/>
                      <w:sz w:val="24"/>
                      <w:szCs w:val="32"/>
                      <w:lang w:val="fr-FR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  <w:lang w:val="fr-FR"/>
                    </w:rPr>
                    <w:t>Sites, documents ou aides non autorisés</w:t>
                  </w:r>
                </w:p>
              </w:tc>
            </w:tr>
            <w:tr w:rsidR="00B359BE" w:rsidRPr="00B359BE" w14:paraId="0C12E628" w14:textId="77777777" w:rsidTr="00BD541E">
              <w:trPr>
                <w:trHeight w:val="510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FDEEEE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7C98C6E3" w14:textId="1380A903" w:rsidR="00B359BE" w:rsidRPr="00B359BE" w:rsidRDefault="00B359BE" w:rsidP="00B359BE">
                  <w:pPr>
                    <w:rPr>
                      <w:sz w:val="24"/>
                      <w:szCs w:val="32"/>
                      <w:lang w:val="fr-FR"/>
                    </w:rPr>
                  </w:pPr>
                  <w:r w:rsidRPr="00B359BE">
                    <w:rPr>
                      <w:b/>
                      <w:color w:val="D93025"/>
                      <w:sz w:val="24"/>
                      <w:szCs w:val="32"/>
                      <w:lang w:val="fr-FR"/>
                    </w:rPr>
                    <w:t xml:space="preserve">• </w:t>
                  </w:r>
                  <w:r w:rsidRPr="00B359BE">
                    <w:rPr>
                      <w:color w:val="0B2E6D"/>
                      <w:sz w:val="24"/>
                      <w:szCs w:val="32"/>
                      <w:lang w:val="fr-FR"/>
                    </w:rPr>
                    <w:t>Aider un autre élève ou recevoir de l’aide</w:t>
                  </w:r>
                </w:p>
              </w:tc>
            </w:tr>
            <w:tr w:rsidR="00B359BE" w:rsidRPr="00B359BE" w14:paraId="42834065" w14:textId="77777777" w:rsidTr="00BD541E">
              <w:trPr>
                <w:trHeight w:val="510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FDEEEE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4C145164" w14:textId="2F741234" w:rsidR="00B359BE" w:rsidRPr="00B359BE" w:rsidRDefault="00B359BE" w:rsidP="00B359BE">
                  <w:pPr>
                    <w:rPr>
                      <w:sz w:val="24"/>
                      <w:szCs w:val="32"/>
                      <w:lang w:val="fr-FR"/>
                    </w:rPr>
                  </w:pPr>
                </w:p>
              </w:tc>
            </w:tr>
            <w:tr w:rsidR="00B359BE" w:rsidRPr="00B359BE" w14:paraId="7B62BAAD" w14:textId="77777777" w:rsidTr="00BD541E">
              <w:trPr>
                <w:trHeight w:val="510"/>
              </w:trPr>
              <w:tc>
                <w:tcPr>
                  <w:tcW w:w="3504" w:type="dxa"/>
                  <w:tcBorders>
                    <w:top w:val="single" w:sz="3" w:space="0" w:color="D7E4E8"/>
                    <w:left w:val="nil"/>
                    <w:bottom w:val="single" w:sz="3" w:space="0" w:color="D7E4E8"/>
                    <w:right w:val="nil"/>
                  </w:tcBorders>
                  <w:shd w:val="clear" w:color="auto" w:fill="FDEEEE"/>
                  <w:tcMar>
                    <w:top w:w="42" w:type="dxa"/>
                    <w:left w:w="65" w:type="dxa"/>
                    <w:bottom w:w="42" w:type="dxa"/>
                    <w:right w:w="55" w:type="dxa"/>
                  </w:tcMar>
                </w:tcPr>
                <w:p w14:paraId="404A3F14" w14:textId="12EB310E" w:rsidR="00B359BE" w:rsidRPr="00B359BE" w:rsidRDefault="00B359BE" w:rsidP="00B359BE">
                  <w:pPr>
                    <w:rPr>
                      <w:sz w:val="24"/>
                      <w:szCs w:val="32"/>
                      <w:lang w:val="fr-FR"/>
                    </w:rPr>
                  </w:pPr>
                </w:p>
              </w:tc>
            </w:tr>
          </w:tbl>
          <w:p w14:paraId="15A08BF1" w14:textId="77777777" w:rsidR="00251CA0" w:rsidRPr="00B359BE" w:rsidRDefault="00251CA0" w:rsidP="00BD541E">
            <w:pPr>
              <w:rPr>
                <w:sz w:val="24"/>
                <w:szCs w:val="32"/>
                <w:lang w:val="fr-FR"/>
              </w:rPr>
            </w:pPr>
          </w:p>
        </w:tc>
      </w:tr>
    </w:tbl>
    <w:p w14:paraId="5C11233B" w14:textId="77777777" w:rsidR="00251CA0" w:rsidRDefault="00251CA0" w:rsidP="00251CA0">
      <w:pPr>
        <w:spacing w:after="20"/>
        <w:jc w:val="center"/>
        <w:rPr>
          <w:lang w:val="fr-FR"/>
        </w:rPr>
      </w:pPr>
    </w:p>
    <w:p w14:paraId="28CBFABF" w14:textId="77777777" w:rsidR="00251CA0" w:rsidRPr="00251CA0" w:rsidRDefault="00251CA0" w:rsidP="00B359BE">
      <w:pPr>
        <w:spacing w:after="20"/>
        <w:jc w:val="center"/>
        <w:rPr>
          <w:lang w:val="fr-FR"/>
        </w:rPr>
      </w:pPr>
    </w:p>
    <w:p w14:paraId="7542436C" w14:textId="70533EBB" w:rsidR="00B359BE" w:rsidRPr="00251CA0" w:rsidRDefault="00B359BE" w:rsidP="00B359BE">
      <w:pPr>
        <w:jc w:val="center"/>
        <w:rPr>
          <w:lang w:val="fr-FR"/>
        </w:rPr>
      </w:pPr>
      <w:r>
        <w:rPr>
          <w:b/>
          <w:color w:val="0B2E6D"/>
          <w:sz w:val="28"/>
          <w:szCs w:val="36"/>
          <w:lang w:val="fr-FR"/>
        </w:rPr>
        <w:t xml:space="preserve">En cas de </w:t>
      </w:r>
      <w:proofErr w:type="gramStart"/>
      <w:r>
        <w:rPr>
          <w:b/>
          <w:color w:val="0B2E6D"/>
          <w:sz w:val="28"/>
          <w:szCs w:val="36"/>
          <w:lang w:val="fr-FR"/>
        </w:rPr>
        <w:t>doute ,</w:t>
      </w:r>
      <w:proofErr w:type="gramEnd"/>
      <w:r>
        <w:rPr>
          <w:b/>
          <w:color w:val="0B2E6D"/>
          <w:sz w:val="28"/>
          <w:szCs w:val="36"/>
          <w:lang w:val="fr-FR"/>
        </w:rPr>
        <w:t xml:space="preserve"> je demande avant d’utiliser un outil</w:t>
      </w:r>
    </w:p>
    <w:p w14:paraId="06E33454" w14:textId="77777777" w:rsidR="00251CA0" w:rsidRDefault="00251CA0">
      <w:pPr>
        <w:rPr>
          <w:lang w:val="fr-FR"/>
        </w:rPr>
      </w:pPr>
    </w:p>
    <w:p w14:paraId="337BEE76" w14:textId="27E492DF" w:rsidR="000E2459" w:rsidRPr="00251CA0" w:rsidRDefault="00000000">
      <w:pPr>
        <w:rPr>
          <w:lang w:val="fr-FR"/>
        </w:rPr>
      </w:pPr>
      <w:r w:rsidRPr="00251CA0">
        <w:rPr>
          <w:lang w:val="fr-FR"/>
        </w:rPr>
        <w:br w:type="page"/>
      </w:r>
    </w:p>
    <w:p w14:paraId="3477E83B" w14:textId="77777777" w:rsidR="000E2459" w:rsidRPr="00B359BE" w:rsidRDefault="00000000">
      <w:pPr>
        <w:pStyle w:val="PageTitle"/>
        <w:jc w:val="center"/>
        <w:rPr>
          <w:lang w:val="fr-FR"/>
        </w:rPr>
      </w:pPr>
      <w:r w:rsidRPr="00B359BE">
        <w:rPr>
          <w:lang w:val="fr-FR"/>
        </w:rPr>
        <w:lastRenderedPageBreak/>
        <w:t>APPLICATIONS AUTORISÉES</w:t>
      </w:r>
    </w:p>
    <w:p w14:paraId="7714DE38" w14:textId="77777777" w:rsidR="000E2459" w:rsidRPr="00B359BE" w:rsidRDefault="00000000">
      <w:pPr>
        <w:pStyle w:val="PageSubtitle"/>
        <w:jc w:val="center"/>
        <w:rPr>
          <w:lang w:val="fr-FR"/>
        </w:rPr>
      </w:pPr>
      <w:proofErr w:type="gramStart"/>
      <w:r w:rsidRPr="00B359BE">
        <w:rPr>
          <w:lang w:val="fr-FR"/>
        </w:rPr>
        <w:t>et</w:t>
      </w:r>
      <w:proofErr w:type="gramEnd"/>
      <w:r w:rsidRPr="00B359BE">
        <w:rPr>
          <w:lang w:val="fr-FR"/>
        </w:rPr>
        <w:t xml:space="preserve"> engagements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9"/>
      </w:tblGrid>
      <w:tr w:rsidR="000E2459" w:rsidRPr="00251CA0" w14:paraId="2943A062" w14:textId="77777777">
        <w:trPr>
          <w:cantSplit/>
          <w:jc w:val="center"/>
        </w:trPr>
        <w:tc>
          <w:tcPr>
            <w:tcW w:w="9639" w:type="dxa"/>
            <w:tcBorders>
              <w:top w:val="single" w:sz="5" w:space="0" w:color="A8DADF"/>
              <w:left w:val="single" w:sz="5" w:space="0" w:color="A8DADF"/>
              <w:bottom w:val="single" w:sz="5" w:space="0" w:color="A8DADF"/>
              <w:right w:val="single" w:sz="5" w:space="0" w:color="A8DADF"/>
            </w:tcBorders>
            <w:shd w:val="clear" w:color="auto" w:fill="EEF5FB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769E12C9" w14:textId="77777777" w:rsidR="000E2459" w:rsidRPr="00251CA0" w:rsidRDefault="00000000">
            <w:pPr>
              <w:jc w:val="center"/>
              <w:rPr>
                <w:lang w:val="fr-FR"/>
              </w:rPr>
            </w:pPr>
            <w:r w:rsidRPr="00B359BE">
              <w:rPr>
                <w:color w:val="0B2E6D"/>
                <w:sz w:val="24"/>
                <w:szCs w:val="36"/>
                <w:lang w:val="fr-FR"/>
              </w:rPr>
              <w:t>Ce document peut être mis à jour au cours de l’année selon les besoins de l’élève.</w:t>
            </w:r>
          </w:p>
        </w:tc>
      </w:tr>
    </w:tbl>
    <w:p w14:paraId="226C90B7" w14:textId="77777777" w:rsidR="000E2459" w:rsidRPr="00251CA0" w:rsidRDefault="000E2459">
      <w:pPr>
        <w:spacing w:after="20"/>
        <w:rPr>
          <w:lang w:val="fr-F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4536"/>
        <w:gridCol w:w="1389"/>
        <w:gridCol w:w="1786"/>
        <w:gridCol w:w="50"/>
      </w:tblGrid>
      <w:tr w:rsidR="000E2459" w14:paraId="0FC883AE" w14:textId="77777777">
        <w:trPr>
          <w:gridAfter w:val="1"/>
          <w:wAfter w:w="50" w:type="dxa"/>
          <w:cantSplit/>
          <w:jc w:val="center"/>
        </w:trPr>
        <w:tc>
          <w:tcPr>
            <w:tcW w:w="10659" w:type="dxa"/>
            <w:gridSpan w:val="4"/>
            <w:tcBorders>
              <w:top w:val="single" w:sz="0" w:space="0" w:color="087D87"/>
              <w:left w:val="single" w:sz="0" w:space="0" w:color="087D87"/>
              <w:bottom w:val="single" w:sz="0" w:space="0" w:color="087D87"/>
              <w:right w:val="single" w:sz="0" w:space="0" w:color="087D87"/>
            </w:tcBorders>
            <w:shd w:val="clear" w:color="auto" w:fill="087D87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39F89067" w14:textId="77777777" w:rsidR="000E2459" w:rsidRDefault="00000000">
            <w:pPr>
              <w:jc w:val="center"/>
            </w:pPr>
            <w:r>
              <w:rPr>
                <w:b/>
                <w:color w:val="FFFFFF"/>
                <w:sz w:val="26"/>
              </w:rPr>
              <w:t>Applications et outils autorisés</w:t>
            </w:r>
          </w:p>
        </w:tc>
      </w:tr>
      <w:tr w:rsidR="000E2459" w14:paraId="446F0A0D" w14:textId="77777777">
        <w:trPr>
          <w:cantSplit/>
          <w:tblHeader/>
          <w:jc w:val="center"/>
        </w:trPr>
        <w:tc>
          <w:tcPr>
            <w:tcW w:w="2948" w:type="dxa"/>
            <w:tcBorders>
              <w:top w:val="single" w:sz="5" w:space="0" w:color="A8DADF"/>
              <w:left w:val="single" w:sz="5" w:space="0" w:color="A8DADF"/>
              <w:bottom w:val="single" w:sz="5" w:space="0" w:color="A8DADF"/>
              <w:right w:val="single" w:sz="5" w:space="0" w:color="A8DADF"/>
            </w:tcBorders>
            <w:shd w:val="clear" w:color="auto" w:fill="EAF8F9"/>
            <w:tcMar>
              <w:top w:w="55" w:type="dxa"/>
              <w:left w:w="50" w:type="dxa"/>
              <w:bottom w:w="55" w:type="dxa"/>
              <w:right w:w="50" w:type="dxa"/>
            </w:tcMar>
          </w:tcPr>
          <w:p w14:paraId="1A706FE6" w14:textId="77777777" w:rsidR="000E2459" w:rsidRDefault="00000000">
            <w:pPr>
              <w:jc w:val="center"/>
            </w:pPr>
            <w:r>
              <w:rPr>
                <w:b/>
                <w:color w:val="0B2E6D"/>
                <w:sz w:val="16"/>
              </w:rPr>
              <w:t>Application / outil</w:t>
            </w:r>
          </w:p>
        </w:tc>
        <w:tc>
          <w:tcPr>
            <w:tcW w:w="4536" w:type="dxa"/>
            <w:tcBorders>
              <w:top w:val="single" w:sz="5" w:space="0" w:color="A8DADF"/>
              <w:left w:val="single" w:sz="5" w:space="0" w:color="A8DADF"/>
              <w:bottom w:val="single" w:sz="5" w:space="0" w:color="A8DADF"/>
              <w:right w:val="single" w:sz="5" w:space="0" w:color="A8DADF"/>
            </w:tcBorders>
            <w:shd w:val="clear" w:color="auto" w:fill="EAF8F9"/>
            <w:tcMar>
              <w:top w:w="55" w:type="dxa"/>
              <w:left w:w="50" w:type="dxa"/>
              <w:bottom w:w="55" w:type="dxa"/>
              <w:right w:w="50" w:type="dxa"/>
            </w:tcMar>
          </w:tcPr>
          <w:p w14:paraId="66817B2E" w14:textId="77777777" w:rsidR="000E2459" w:rsidRDefault="00000000">
            <w:pPr>
              <w:jc w:val="center"/>
            </w:pPr>
            <w:r>
              <w:rPr>
                <w:b/>
                <w:color w:val="0B2E6D"/>
                <w:sz w:val="16"/>
              </w:rPr>
              <w:t>Fonction / usage</w:t>
            </w:r>
          </w:p>
        </w:tc>
        <w:tc>
          <w:tcPr>
            <w:tcW w:w="1389" w:type="dxa"/>
            <w:tcBorders>
              <w:top w:val="single" w:sz="5" w:space="0" w:color="A8DADF"/>
              <w:left w:val="single" w:sz="5" w:space="0" w:color="A8DADF"/>
              <w:bottom w:val="single" w:sz="5" w:space="0" w:color="A8DADF"/>
              <w:right w:val="single" w:sz="5" w:space="0" w:color="A8DADF"/>
            </w:tcBorders>
            <w:shd w:val="clear" w:color="auto" w:fill="EAF8F9"/>
            <w:tcMar>
              <w:top w:w="55" w:type="dxa"/>
              <w:left w:w="50" w:type="dxa"/>
              <w:bottom w:w="55" w:type="dxa"/>
              <w:right w:w="50" w:type="dxa"/>
            </w:tcMar>
          </w:tcPr>
          <w:p w14:paraId="105F8F7F" w14:textId="77777777" w:rsidR="000E2459" w:rsidRDefault="00000000">
            <w:pPr>
              <w:jc w:val="center"/>
            </w:pPr>
            <w:r>
              <w:rPr>
                <w:b/>
                <w:color w:val="0B2E6D"/>
                <w:sz w:val="16"/>
              </w:rPr>
              <w:t>En cours</w:t>
            </w:r>
          </w:p>
        </w:tc>
        <w:tc>
          <w:tcPr>
            <w:tcW w:w="1615" w:type="dxa"/>
            <w:gridSpan w:val="2"/>
            <w:tcBorders>
              <w:top w:val="single" w:sz="5" w:space="0" w:color="A8DADF"/>
              <w:left w:val="single" w:sz="5" w:space="0" w:color="A8DADF"/>
              <w:bottom w:val="single" w:sz="5" w:space="0" w:color="A8DADF"/>
              <w:right w:val="single" w:sz="5" w:space="0" w:color="A8DADF"/>
            </w:tcBorders>
            <w:shd w:val="clear" w:color="auto" w:fill="EAF8F9"/>
            <w:tcMar>
              <w:top w:w="55" w:type="dxa"/>
              <w:left w:w="50" w:type="dxa"/>
              <w:bottom w:w="55" w:type="dxa"/>
              <w:right w:w="50" w:type="dxa"/>
            </w:tcMar>
          </w:tcPr>
          <w:p w14:paraId="3D10B14F" w14:textId="77777777" w:rsidR="000E2459" w:rsidRDefault="00000000">
            <w:pPr>
              <w:jc w:val="center"/>
            </w:pPr>
            <w:r>
              <w:rPr>
                <w:b/>
                <w:color w:val="0B2E6D"/>
                <w:sz w:val="16"/>
              </w:rPr>
              <w:t>En évaluation</w:t>
            </w:r>
          </w:p>
        </w:tc>
      </w:tr>
      <w:tr w:rsidR="000E2459" w14:paraId="52CFAB49" w14:textId="77777777">
        <w:trPr>
          <w:cantSplit/>
          <w:trHeight w:hRule="exact" w:val="669"/>
          <w:jc w:val="center"/>
        </w:trPr>
        <w:tc>
          <w:tcPr>
            <w:tcW w:w="2948" w:type="dxa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2E17334" w14:textId="77777777" w:rsidR="000E2459" w:rsidRDefault="00000000">
            <w:r>
              <w:rPr>
                <w:color w:val="667085"/>
                <w:sz w:val="16"/>
              </w:rPr>
              <w:t>________________________________</w:t>
            </w:r>
          </w:p>
        </w:tc>
        <w:tc>
          <w:tcPr>
            <w:tcW w:w="4536" w:type="dxa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4E0D93F7" w14:textId="77777777" w:rsidR="000E2459" w:rsidRDefault="00000000">
            <w:r>
              <w:rPr>
                <w:color w:val="667085"/>
                <w:sz w:val="16"/>
              </w:rPr>
              <w:t>________________________________</w:t>
            </w:r>
          </w:p>
        </w:tc>
        <w:tc>
          <w:tcPr>
            <w:tcW w:w="1389" w:type="dxa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9F25127" w14:textId="77777777" w:rsidR="000E2459" w:rsidRDefault="00000000">
            <w:pPr>
              <w:jc w:val="center"/>
            </w:pPr>
            <w:r>
              <w:rPr>
                <w:rFonts w:ascii="DejaVu Sans" w:eastAsia="DejaVu Sans" w:hAnsi="DejaVu Sans"/>
                <w:color w:val="087D87"/>
                <w:sz w:val="28"/>
              </w:rPr>
              <w:t>☐</w:t>
            </w:r>
          </w:p>
        </w:tc>
        <w:tc>
          <w:tcPr>
            <w:tcW w:w="1615" w:type="dxa"/>
            <w:gridSpan w:val="2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02050FC" w14:textId="77777777" w:rsidR="000E2459" w:rsidRDefault="00000000">
            <w:pPr>
              <w:jc w:val="center"/>
            </w:pPr>
            <w:r>
              <w:rPr>
                <w:rFonts w:ascii="DejaVu Sans" w:eastAsia="DejaVu Sans" w:hAnsi="DejaVu Sans"/>
                <w:color w:val="087D87"/>
                <w:sz w:val="28"/>
              </w:rPr>
              <w:t>☐</w:t>
            </w:r>
          </w:p>
        </w:tc>
      </w:tr>
      <w:tr w:rsidR="000E2459" w14:paraId="1C0EDC47" w14:textId="77777777">
        <w:trPr>
          <w:cantSplit/>
          <w:trHeight w:hRule="exact" w:val="669"/>
          <w:jc w:val="center"/>
        </w:trPr>
        <w:tc>
          <w:tcPr>
            <w:tcW w:w="2948" w:type="dxa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3EB0443" w14:textId="77777777" w:rsidR="000E2459" w:rsidRDefault="00000000">
            <w:r>
              <w:rPr>
                <w:color w:val="667085"/>
                <w:sz w:val="16"/>
              </w:rPr>
              <w:t>________________________________</w:t>
            </w:r>
          </w:p>
        </w:tc>
        <w:tc>
          <w:tcPr>
            <w:tcW w:w="4536" w:type="dxa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A0F31AA" w14:textId="77777777" w:rsidR="000E2459" w:rsidRDefault="00000000">
            <w:r>
              <w:rPr>
                <w:color w:val="667085"/>
                <w:sz w:val="16"/>
              </w:rPr>
              <w:t>________________________________</w:t>
            </w:r>
          </w:p>
        </w:tc>
        <w:tc>
          <w:tcPr>
            <w:tcW w:w="1389" w:type="dxa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3F130DB" w14:textId="77777777" w:rsidR="000E2459" w:rsidRDefault="00000000">
            <w:pPr>
              <w:jc w:val="center"/>
            </w:pPr>
            <w:r>
              <w:rPr>
                <w:rFonts w:ascii="DejaVu Sans" w:eastAsia="DejaVu Sans" w:hAnsi="DejaVu Sans"/>
                <w:color w:val="087D87"/>
                <w:sz w:val="28"/>
              </w:rPr>
              <w:t>☐</w:t>
            </w:r>
          </w:p>
        </w:tc>
        <w:tc>
          <w:tcPr>
            <w:tcW w:w="1615" w:type="dxa"/>
            <w:gridSpan w:val="2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6EC2331" w14:textId="77777777" w:rsidR="000E2459" w:rsidRDefault="00000000">
            <w:pPr>
              <w:jc w:val="center"/>
            </w:pPr>
            <w:r>
              <w:rPr>
                <w:rFonts w:ascii="DejaVu Sans" w:eastAsia="DejaVu Sans" w:hAnsi="DejaVu Sans"/>
                <w:color w:val="087D87"/>
                <w:sz w:val="28"/>
              </w:rPr>
              <w:t>☐</w:t>
            </w:r>
          </w:p>
        </w:tc>
      </w:tr>
      <w:tr w:rsidR="000E2459" w14:paraId="6549E161" w14:textId="77777777">
        <w:trPr>
          <w:cantSplit/>
          <w:trHeight w:hRule="exact" w:val="669"/>
          <w:jc w:val="center"/>
        </w:trPr>
        <w:tc>
          <w:tcPr>
            <w:tcW w:w="2948" w:type="dxa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1256298" w14:textId="77777777" w:rsidR="000E2459" w:rsidRDefault="00000000">
            <w:r>
              <w:rPr>
                <w:color w:val="667085"/>
                <w:sz w:val="16"/>
              </w:rPr>
              <w:t>________________________________</w:t>
            </w:r>
          </w:p>
        </w:tc>
        <w:tc>
          <w:tcPr>
            <w:tcW w:w="4536" w:type="dxa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24409AF" w14:textId="77777777" w:rsidR="000E2459" w:rsidRDefault="00000000">
            <w:r>
              <w:rPr>
                <w:color w:val="667085"/>
                <w:sz w:val="16"/>
              </w:rPr>
              <w:t>________________________________</w:t>
            </w:r>
          </w:p>
        </w:tc>
        <w:tc>
          <w:tcPr>
            <w:tcW w:w="1389" w:type="dxa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7343559" w14:textId="77777777" w:rsidR="000E2459" w:rsidRDefault="00000000">
            <w:pPr>
              <w:jc w:val="center"/>
            </w:pPr>
            <w:r>
              <w:rPr>
                <w:rFonts w:ascii="DejaVu Sans" w:eastAsia="DejaVu Sans" w:hAnsi="DejaVu Sans"/>
                <w:color w:val="087D87"/>
                <w:sz w:val="28"/>
              </w:rPr>
              <w:t>☐</w:t>
            </w:r>
          </w:p>
        </w:tc>
        <w:tc>
          <w:tcPr>
            <w:tcW w:w="1615" w:type="dxa"/>
            <w:gridSpan w:val="2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8EF7436" w14:textId="77777777" w:rsidR="000E2459" w:rsidRDefault="00000000">
            <w:pPr>
              <w:jc w:val="center"/>
            </w:pPr>
            <w:r>
              <w:rPr>
                <w:rFonts w:ascii="DejaVu Sans" w:eastAsia="DejaVu Sans" w:hAnsi="DejaVu Sans"/>
                <w:color w:val="087D87"/>
                <w:sz w:val="28"/>
              </w:rPr>
              <w:t>☐</w:t>
            </w:r>
          </w:p>
        </w:tc>
      </w:tr>
      <w:tr w:rsidR="000E2459" w14:paraId="479CFA37" w14:textId="77777777">
        <w:trPr>
          <w:cantSplit/>
          <w:trHeight w:hRule="exact" w:val="669"/>
          <w:jc w:val="center"/>
        </w:trPr>
        <w:tc>
          <w:tcPr>
            <w:tcW w:w="2948" w:type="dxa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E58350E" w14:textId="77777777" w:rsidR="000E2459" w:rsidRDefault="00000000">
            <w:r>
              <w:rPr>
                <w:color w:val="667085"/>
                <w:sz w:val="16"/>
              </w:rPr>
              <w:t>________________________________</w:t>
            </w:r>
          </w:p>
        </w:tc>
        <w:tc>
          <w:tcPr>
            <w:tcW w:w="4536" w:type="dxa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8F84CB9" w14:textId="77777777" w:rsidR="000E2459" w:rsidRDefault="00000000">
            <w:r>
              <w:rPr>
                <w:color w:val="667085"/>
                <w:sz w:val="16"/>
              </w:rPr>
              <w:t>________________________________</w:t>
            </w:r>
          </w:p>
        </w:tc>
        <w:tc>
          <w:tcPr>
            <w:tcW w:w="1389" w:type="dxa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8A451F6" w14:textId="77777777" w:rsidR="000E2459" w:rsidRDefault="00000000">
            <w:pPr>
              <w:jc w:val="center"/>
            </w:pPr>
            <w:r>
              <w:rPr>
                <w:rFonts w:ascii="DejaVu Sans" w:eastAsia="DejaVu Sans" w:hAnsi="DejaVu Sans"/>
                <w:color w:val="087D87"/>
                <w:sz w:val="28"/>
              </w:rPr>
              <w:t>☐</w:t>
            </w:r>
          </w:p>
        </w:tc>
        <w:tc>
          <w:tcPr>
            <w:tcW w:w="1615" w:type="dxa"/>
            <w:gridSpan w:val="2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2E934D8" w14:textId="77777777" w:rsidR="000E2459" w:rsidRDefault="00000000">
            <w:pPr>
              <w:jc w:val="center"/>
            </w:pPr>
            <w:r>
              <w:rPr>
                <w:rFonts w:ascii="DejaVu Sans" w:eastAsia="DejaVu Sans" w:hAnsi="DejaVu Sans"/>
                <w:color w:val="087D87"/>
                <w:sz w:val="28"/>
              </w:rPr>
              <w:t>☐</w:t>
            </w:r>
          </w:p>
        </w:tc>
      </w:tr>
      <w:tr w:rsidR="000E2459" w14:paraId="0C54DBDB" w14:textId="77777777">
        <w:trPr>
          <w:cantSplit/>
          <w:trHeight w:hRule="exact" w:val="669"/>
          <w:jc w:val="center"/>
        </w:trPr>
        <w:tc>
          <w:tcPr>
            <w:tcW w:w="2948" w:type="dxa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6C37EF37" w14:textId="77777777" w:rsidR="000E2459" w:rsidRDefault="00000000">
            <w:r>
              <w:rPr>
                <w:color w:val="667085"/>
                <w:sz w:val="16"/>
              </w:rPr>
              <w:t>________________________________</w:t>
            </w:r>
          </w:p>
        </w:tc>
        <w:tc>
          <w:tcPr>
            <w:tcW w:w="4536" w:type="dxa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8E0FCA7" w14:textId="77777777" w:rsidR="000E2459" w:rsidRDefault="00000000">
            <w:r>
              <w:rPr>
                <w:color w:val="667085"/>
                <w:sz w:val="16"/>
              </w:rPr>
              <w:t>________________________________</w:t>
            </w:r>
          </w:p>
        </w:tc>
        <w:tc>
          <w:tcPr>
            <w:tcW w:w="1389" w:type="dxa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A496D42" w14:textId="77777777" w:rsidR="000E2459" w:rsidRDefault="00000000">
            <w:pPr>
              <w:jc w:val="center"/>
            </w:pPr>
            <w:r>
              <w:rPr>
                <w:rFonts w:ascii="DejaVu Sans" w:eastAsia="DejaVu Sans" w:hAnsi="DejaVu Sans"/>
                <w:color w:val="087D87"/>
                <w:sz w:val="28"/>
              </w:rPr>
              <w:t>☐</w:t>
            </w:r>
          </w:p>
        </w:tc>
        <w:tc>
          <w:tcPr>
            <w:tcW w:w="1615" w:type="dxa"/>
            <w:gridSpan w:val="2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5DF1479B" w14:textId="77777777" w:rsidR="000E2459" w:rsidRDefault="00000000">
            <w:pPr>
              <w:jc w:val="center"/>
            </w:pPr>
            <w:r>
              <w:rPr>
                <w:rFonts w:ascii="DejaVu Sans" w:eastAsia="DejaVu Sans" w:hAnsi="DejaVu Sans"/>
                <w:color w:val="087D87"/>
                <w:sz w:val="28"/>
              </w:rPr>
              <w:t>☐</w:t>
            </w:r>
          </w:p>
        </w:tc>
      </w:tr>
      <w:tr w:rsidR="000E2459" w14:paraId="7C0EF34C" w14:textId="77777777">
        <w:trPr>
          <w:cantSplit/>
          <w:trHeight w:hRule="exact" w:val="669"/>
          <w:jc w:val="center"/>
        </w:trPr>
        <w:tc>
          <w:tcPr>
            <w:tcW w:w="2948" w:type="dxa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2E830C2B" w14:textId="77777777" w:rsidR="000E2459" w:rsidRDefault="00000000">
            <w:r>
              <w:rPr>
                <w:color w:val="667085"/>
                <w:sz w:val="16"/>
              </w:rPr>
              <w:t>________________________________</w:t>
            </w:r>
          </w:p>
        </w:tc>
        <w:tc>
          <w:tcPr>
            <w:tcW w:w="4536" w:type="dxa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74769C85" w14:textId="77777777" w:rsidR="000E2459" w:rsidRDefault="00000000">
            <w:r>
              <w:rPr>
                <w:color w:val="667085"/>
                <w:sz w:val="16"/>
              </w:rPr>
              <w:t>________________________________</w:t>
            </w:r>
          </w:p>
        </w:tc>
        <w:tc>
          <w:tcPr>
            <w:tcW w:w="1389" w:type="dxa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55F7E6D" w14:textId="77777777" w:rsidR="000E2459" w:rsidRDefault="00000000">
            <w:pPr>
              <w:jc w:val="center"/>
            </w:pPr>
            <w:r>
              <w:rPr>
                <w:rFonts w:ascii="DejaVu Sans" w:eastAsia="DejaVu Sans" w:hAnsi="DejaVu Sans"/>
                <w:color w:val="087D87"/>
                <w:sz w:val="28"/>
              </w:rPr>
              <w:t>☐</w:t>
            </w:r>
          </w:p>
        </w:tc>
        <w:tc>
          <w:tcPr>
            <w:tcW w:w="1615" w:type="dxa"/>
            <w:gridSpan w:val="2"/>
            <w:tcBorders>
              <w:top w:val="single" w:sz="3" w:space="0" w:color="A8DADF"/>
              <w:left w:val="single" w:sz="3" w:space="0" w:color="A8DADF"/>
              <w:bottom w:val="single" w:sz="3" w:space="0" w:color="A8DADF"/>
              <w:right w:val="single" w:sz="3" w:space="0" w:color="A8DADF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3B81C27C" w14:textId="77777777" w:rsidR="000E2459" w:rsidRDefault="00000000">
            <w:pPr>
              <w:jc w:val="center"/>
            </w:pPr>
            <w:r>
              <w:rPr>
                <w:rFonts w:ascii="DejaVu Sans" w:eastAsia="DejaVu Sans" w:hAnsi="DejaVu Sans"/>
                <w:color w:val="087D87"/>
                <w:sz w:val="28"/>
              </w:rPr>
              <w:t>☐</w:t>
            </w:r>
          </w:p>
        </w:tc>
      </w:tr>
    </w:tbl>
    <w:p w14:paraId="6498AC29" w14:textId="77777777" w:rsidR="000E2459" w:rsidRDefault="000E2459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3515"/>
        <w:gridCol w:w="3629"/>
        <w:gridCol w:w="39"/>
      </w:tblGrid>
      <w:tr w:rsidR="000E2459" w14:paraId="49F48C17" w14:textId="77777777">
        <w:trPr>
          <w:gridAfter w:val="1"/>
          <w:wAfter w:w="39" w:type="dxa"/>
          <w:cantSplit/>
          <w:jc w:val="center"/>
        </w:trPr>
        <w:tc>
          <w:tcPr>
            <w:tcW w:w="10659" w:type="dxa"/>
            <w:gridSpan w:val="3"/>
            <w:tcBorders>
              <w:top w:val="single" w:sz="0" w:space="0" w:color="087D87"/>
              <w:left w:val="single" w:sz="0" w:space="0" w:color="087D87"/>
              <w:bottom w:val="single" w:sz="0" w:space="0" w:color="087D87"/>
              <w:right w:val="single" w:sz="0" w:space="0" w:color="087D87"/>
            </w:tcBorders>
            <w:shd w:val="clear" w:color="auto" w:fill="087D87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50117CFB" w14:textId="77777777" w:rsidR="000E2459" w:rsidRDefault="00000000">
            <w:pPr>
              <w:jc w:val="center"/>
            </w:pPr>
            <w:r>
              <w:rPr>
                <w:b/>
                <w:color w:val="FFFFFF"/>
                <w:sz w:val="26"/>
              </w:rPr>
              <w:t>Outils de compensation autorisés</w:t>
            </w:r>
          </w:p>
        </w:tc>
      </w:tr>
      <w:tr w:rsidR="000E2459" w14:paraId="77707C3E" w14:textId="77777777">
        <w:trPr>
          <w:cantSplit/>
          <w:trHeight w:hRule="exact" w:val="464"/>
          <w:jc w:val="center"/>
        </w:trPr>
        <w:tc>
          <w:tcPr>
            <w:tcW w:w="3515" w:type="dxa"/>
            <w:tcBorders>
              <w:top w:val="single" w:sz="2" w:space="0" w:color="C8E7EA"/>
              <w:left w:val="single" w:sz="2" w:space="0" w:color="C8E7EA"/>
              <w:bottom w:val="single" w:sz="2" w:space="0" w:color="C8E7EA"/>
              <w:right w:val="single" w:sz="2" w:space="0" w:color="C8E7EA"/>
            </w:tcBorders>
            <w:shd w:val="clear" w:color="auto" w:fill="EEF5FB"/>
            <w:tcMar>
              <w:top w:w="40" w:type="dxa"/>
              <w:left w:w="60" w:type="dxa"/>
              <w:bottom w:w="40" w:type="dxa"/>
              <w:right w:w="45" w:type="dxa"/>
            </w:tcMar>
          </w:tcPr>
          <w:p w14:paraId="45AF1F34" w14:textId="77777777" w:rsidR="000E2459" w:rsidRPr="00B359BE" w:rsidRDefault="00000000">
            <w:pPr>
              <w:rPr>
                <w:sz w:val="24"/>
                <w:szCs w:val="36"/>
              </w:rPr>
            </w:pPr>
            <w:r w:rsidRPr="00B359BE">
              <w:rPr>
                <w:rFonts w:ascii="DejaVu Sans" w:eastAsia="DejaVu Sans" w:hAnsi="DejaVu Sans"/>
                <w:color w:val="0B2E6D"/>
                <w:sz w:val="24"/>
                <w:szCs w:val="36"/>
              </w:rPr>
              <w:t>☐ Synthèse vocale</w:t>
            </w:r>
          </w:p>
        </w:tc>
        <w:tc>
          <w:tcPr>
            <w:tcW w:w="3515" w:type="dxa"/>
            <w:tcBorders>
              <w:top w:val="single" w:sz="2" w:space="0" w:color="C8E7EA"/>
              <w:left w:val="single" w:sz="2" w:space="0" w:color="C8E7EA"/>
              <w:bottom w:val="single" w:sz="2" w:space="0" w:color="C8E7EA"/>
              <w:right w:val="single" w:sz="2" w:space="0" w:color="C8E7EA"/>
            </w:tcBorders>
            <w:shd w:val="clear" w:color="auto" w:fill="EEF5FB"/>
            <w:tcMar>
              <w:top w:w="40" w:type="dxa"/>
              <w:left w:w="60" w:type="dxa"/>
              <w:bottom w:w="40" w:type="dxa"/>
              <w:right w:w="45" w:type="dxa"/>
            </w:tcMar>
          </w:tcPr>
          <w:p w14:paraId="6A4CE75A" w14:textId="77777777" w:rsidR="000E2459" w:rsidRPr="00B359BE" w:rsidRDefault="00000000">
            <w:pPr>
              <w:rPr>
                <w:sz w:val="24"/>
                <w:szCs w:val="36"/>
              </w:rPr>
            </w:pPr>
            <w:r w:rsidRPr="00B359BE">
              <w:rPr>
                <w:rFonts w:ascii="DejaVu Sans" w:eastAsia="DejaVu Sans" w:hAnsi="DejaVu Sans"/>
                <w:color w:val="0B2E6D"/>
                <w:sz w:val="24"/>
                <w:szCs w:val="36"/>
              </w:rPr>
              <w:t>☐ Correcteur orthographique</w:t>
            </w:r>
          </w:p>
        </w:tc>
        <w:tc>
          <w:tcPr>
            <w:tcW w:w="3515" w:type="dxa"/>
            <w:gridSpan w:val="2"/>
            <w:tcBorders>
              <w:top w:val="single" w:sz="2" w:space="0" w:color="C8E7EA"/>
              <w:left w:val="single" w:sz="2" w:space="0" w:color="C8E7EA"/>
              <w:bottom w:val="single" w:sz="2" w:space="0" w:color="C8E7EA"/>
              <w:right w:val="single" w:sz="2" w:space="0" w:color="C8E7EA"/>
            </w:tcBorders>
            <w:shd w:val="clear" w:color="auto" w:fill="EEF5FB"/>
            <w:tcMar>
              <w:top w:w="40" w:type="dxa"/>
              <w:left w:w="60" w:type="dxa"/>
              <w:bottom w:w="40" w:type="dxa"/>
              <w:right w:w="45" w:type="dxa"/>
            </w:tcMar>
          </w:tcPr>
          <w:p w14:paraId="23546341" w14:textId="77777777" w:rsidR="000E2459" w:rsidRPr="00B359BE" w:rsidRDefault="00000000">
            <w:pPr>
              <w:rPr>
                <w:sz w:val="24"/>
                <w:szCs w:val="36"/>
              </w:rPr>
            </w:pPr>
            <w:r w:rsidRPr="00B359BE">
              <w:rPr>
                <w:rFonts w:ascii="DejaVu Sans" w:eastAsia="DejaVu Sans" w:hAnsi="DejaVu Sans"/>
                <w:color w:val="0B2E6D"/>
                <w:sz w:val="24"/>
                <w:szCs w:val="36"/>
              </w:rPr>
              <w:t>☐ Calculatrice</w:t>
            </w:r>
          </w:p>
        </w:tc>
      </w:tr>
      <w:tr w:rsidR="000E2459" w14:paraId="78A3429F" w14:textId="77777777">
        <w:trPr>
          <w:cantSplit/>
          <w:trHeight w:hRule="exact" w:val="464"/>
          <w:jc w:val="center"/>
        </w:trPr>
        <w:tc>
          <w:tcPr>
            <w:tcW w:w="3515" w:type="dxa"/>
            <w:tcBorders>
              <w:top w:val="single" w:sz="2" w:space="0" w:color="C8E7EA"/>
              <w:left w:val="single" w:sz="2" w:space="0" w:color="C8E7EA"/>
              <w:bottom w:val="single" w:sz="2" w:space="0" w:color="C8E7EA"/>
              <w:right w:val="single" w:sz="2" w:space="0" w:color="C8E7EA"/>
            </w:tcBorders>
            <w:shd w:val="clear" w:color="auto" w:fill="EEF5FB"/>
            <w:tcMar>
              <w:top w:w="40" w:type="dxa"/>
              <w:left w:w="60" w:type="dxa"/>
              <w:bottom w:w="40" w:type="dxa"/>
              <w:right w:w="45" w:type="dxa"/>
            </w:tcMar>
          </w:tcPr>
          <w:p w14:paraId="315B493D" w14:textId="77777777" w:rsidR="000E2459" w:rsidRPr="00B359BE" w:rsidRDefault="00000000">
            <w:pPr>
              <w:rPr>
                <w:sz w:val="24"/>
                <w:szCs w:val="36"/>
              </w:rPr>
            </w:pPr>
            <w:r w:rsidRPr="00B359BE">
              <w:rPr>
                <w:rFonts w:ascii="DejaVu Sans" w:eastAsia="DejaVu Sans" w:hAnsi="DejaVu Sans"/>
                <w:color w:val="0B2E6D"/>
                <w:sz w:val="24"/>
                <w:szCs w:val="36"/>
              </w:rPr>
              <w:t>☐ Dictée vocale</w:t>
            </w:r>
          </w:p>
        </w:tc>
        <w:tc>
          <w:tcPr>
            <w:tcW w:w="3515" w:type="dxa"/>
            <w:tcBorders>
              <w:top w:val="single" w:sz="2" w:space="0" w:color="C8E7EA"/>
              <w:left w:val="single" w:sz="2" w:space="0" w:color="C8E7EA"/>
              <w:bottom w:val="single" w:sz="2" w:space="0" w:color="C8E7EA"/>
              <w:right w:val="single" w:sz="2" w:space="0" w:color="C8E7EA"/>
            </w:tcBorders>
            <w:shd w:val="clear" w:color="auto" w:fill="EEF5FB"/>
            <w:tcMar>
              <w:top w:w="40" w:type="dxa"/>
              <w:left w:w="60" w:type="dxa"/>
              <w:bottom w:w="40" w:type="dxa"/>
              <w:right w:w="45" w:type="dxa"/>
            </w:tcMar>
          </w:tcPr>
          <w:p w14:paraId="16158699" w14:textId="77777777" w:rsidR="000E2459" w:rsidRPr="00B359BE" w:rsidRDefault="00000000">
            <w:pPr>
              <w:rPr>
                <w:sz w:val="24"/>
                <w:szCs w:val="36"/>
              </w:rPr>
            </w:pPr>
            <w:r w:rsidRPr="00B359BE">
              <w:rPr>
                <w:rFonts w:ascii="DejaVu Sans" w:eastAsia="DejaVu Sans" w:hAnsi="DejaVu Sans"/>
                <w:color w:val="0B2E6D"/>
                <w:sz w:val="24"/>
                <w:szCs w:val="36"/>
              </w:rPr>
              <w:t>☐ Correcteur grammatical</w:t>
            </w:r>
          </w:p>
        </w:tc>
        <w:tc>
          <w:tcPr>
            <w:tcW w:w="3515" w:type="dxa"/>
            <w:gridSpan w:val="2"/>
            <w:tcBorders>
              <w:top w:val="single" w:sz="2" w:space="0" w:color="C8E7EA"/>
              <w:left w:val="single" w:sz="2" w:space="0" w:color="C8E7EA"/>
              <w:bottom w:val="single" w:sz="2" w:space="0" w:color="C8E7EA"/>
              <w:right w:val="single" w:sz="2" w:space="0" w:color="C8E7EA"/>
            </w:tcBorders>
            <w:shd w:val="clear" w:color="auto" w:fill="EEF5FB"/>
            <w:tcMar>
              <w:top w:w="40" w:type="dxa"/>
              <w:left w:w="60" w:type="dxa"/>
              <w:bottom w:w="40" w:type="dxa"/>
              <w:right w:w="45" w:type="dxa"/>
            </w:tcMar>
          </w:tcPr>
          <w:p w14:paraId="52D96277" w14:textId="77777777" w:rsidR="000E2459" w:rsidRPr="00B359BE" w:rsidRDefault="00000000">
            <w:pPr>
              <w:rPr>
                <w:sz w:val="24"/>
                <w:szCs w:val="36"/>
              </w:rPr>
            </w:pPr>
            <w:r w:rsidRPr="00B359BE">
              <w:rPr>
                <w:rFonts w:ascii="DejaVu Sans" w:eastAsia="DejaVu Sans" w:hAnsi="DejaVu Sans"/>
                <w:color w:val="0B2E6D"/>
                <w:sz w:val="24"/>
                <w:szCs w:val="36"/>
              </w:rPr>
              <w:t>☐ Casque audio</w:t>
            </w:r>
          </w:p>
        </w:tc>
      </w:tr>
      <w:tr w:rsidR="000E2459" w14:paraId="7140DACF" w14:textId="77777777">
        <w:trPr>
          <w:cantSplit/>
          <w:trHeight w:hRule="exact" w:val="464"/>
          <w:jc w:val="center"/>
        </w:trPr>
        <w:tc>
          <w:tcPr>
            <w:tcW w:w="3515" w:type="dxa"/>
            <w:tcBorders>
              <w:top w:val="single" w:sz="2" w:space="0" w:color="C8E7EA"/>
              <w:left w:val="single" w:sz="2" w:space="0" w:color="C8E7EA"/>
              <w:bottom w:val="single" w:sz="2" w:space="0" w:color="C8E7EA"/>
              <w:right w:val="single" w:sz="2" w:space="0" w:color="C8E7EA"/>
            </w:tcBorders>
            <w:shd w:val="clear" w:color="auto" w:fill="EEF5FB"/>
            <w:tcMar>
              <w:top w:w="40" w:type="dxa"/>
              <w:left w:w="60" w:type="dxa"/>
              <w:bottom w:w="40" w:type="dxa"/>
              <w:right w:w="45" w:type="dxa"/>
            </w:tcMar>
          </w:tcPr>
          <w:p w14:paraId="2A3FD456" w14:textId="77777777" w:rsidR="000E2459" w:rsidRPr="00B359BE" w:rsidRDefault="00000000">
            <w:pPr>
              <w:rPr>
                <w:sz w:val="24"/>
                <w:szCs w:val="36"/>
              </w:rPr>
            </w:pPr>
            <w:r w:rsidRPr="00B359BE">
              <w:rPr>
                <w:rFonts w:ascii="DejaVu Sans" w:eastAsia="DejaVu Sans" w:hAnsi="DejaVu Sans"/>
                <w:color w:val="0B2E6D"/>
                <w:sz w:val="24"/>
                <w:szCs w:val="36"/>
              </w:rPr>
              <w:t>☐ Prédiction de mots</w:t>
            </w:r>
          </w:p>
        </w:tc>
        <w:tc>
          <w:tcPr>
            <w:tcW w:w="3515" w:type="dxa"/>
            <w:tcBorders>
              <w:top w:val="single" w:sz="2" w:space="0" w:color="C8E7EA"/>
              <w:left w:val="single" w:sz="2" w:space="0" w:color="C8E7EA"/>
              <w:bottom w:val="single" w:sz="2" w:space="0" w:color="C8E7EA"/>
              <w:right w:val="single" w:sz="2" w:space="0" w:color="C8E7EA"/>
            </w:tcBorders>
            <w:shd w:val="clear" w:color="auto" w:fill="EEF5FB"/>
            <w:tcMar>
              <w:top w:w="40" w:type="dxa"/>
              <w:left w:w="60" w:type="dxa"/>
              <w:bottom w:w="40" w:type="dxa"/>
              <w:right w:w="45" w:type="dxa"/>
            </w:tcMar>
          </w:tcPr>
          <w:p w14:paraId="6DC1A368" w14:textId="77777777" w:rsidR="000E2459" w:rsidRPr="00B359BE" w:rsidRDefault="00000000">
            <w:pPr>
              <w:rPr>
                <w:sz w:val="24"/>
                <w:szCs w:val="36"/>
              </w:rPr>
            </w:pPr>
            <w:r w:rsidRPr="00B359BE">
              <w:rPr>
                <w:rFonts w:ascii="DejaVu Sans" w:eastAsia="DejaVu Sans" w:hAnsi="DejaVu Sans"/>
                <w:color w:val="0B2E6D"/>
                <w:sz w:val="24"/>
                <w:szCs w:val="36"/>
              </w:rPr>
              <w:t>☐ OCR / scanner</w:t>
            </w:r>
          </w:p>
        </w:tc>
        <w:tc>
          <w:tcPr>
            <w:tcW w:w="3515" w:type="dxa"/>
            <w:gridSpan w:val="2"/>
            <w:tcBorders>
              <w:top w:val="single" w:sz="2" w:space="0" w:color="C8E7EA"/>
              <w:left w:val="single" w:sz="2" w:space="0" w:color="C8E7EA"/>
              <w:bottom w:val="single" w:sz="2" w:space="0" w:color="C8E7EA"/>
              <w:right w:val="single" w:sz="2" w:space="0" w:color="C8E7EA"/>
            </w:tcBorders>
            <w:shd w:val="clear" w:color="auto" w:fill="EEF5FB"/>
            <w:tcMar>
              <w:top w:w="40" w:type="dxa"/>
              <w:left w:w="60" w:type="dxa"/>
              <w:bottom w:w="40" w:type="dxa"/>
              <w:right w:w="45" w:type="dxa"/>
            </w:tcMar>
          </w:tcPr>
          <w:p w14:paraId="38A6C784" w14:textId="77777777" w:rsidR="000E2459" w:rsidRPr="00B359BE" w:rsidRDefault="00000000">
            <w:pPr>
              <w:rPr>
                <w:sz w:val="24"/>
                <w:szCs w:val="36"/>
              </w:rPr>
            </w:pPr>
            <w:r w:rsidRPr="00B359BE">
              <w:rPr>
                <w:rFonts w:ascii="DejaVu Sans" w:eastAsia="DejaVu Sans" w:hAnsi="DejaVu Sans"/>
                <w:color w:val="0B2E6D"/>
                <w:sz w:val="24"/>
                <w:szCs w:val="36"/>
              </w:rPr>
              <w:t xml:space="preserve">☐ </w:t>
            </w:r>
            <w:proofErr w:type="gramStart"/>
            <w:r w:rsidRPr="00B359BE">
              <w:rPr>
                <w:rFonts w:ascii="DejaVu Sans" w:eastAsia="DejaVu Sans" w:hAnsi="DejaVu Sans"/>
                <w:color w:val="0B2E6D"/>
                <w:sz w:val="24"/>
                <w:szCs w:val="36"/>
              </w:rPr>
              <w:t>Autre :</w:t>
            </w:r>
            <w:proofErr w:type="gramEnd"/>
            <w:r w:rsidRPr="00B359BE">
              <w:rPr>
                <w:rFonts w:ascii="DejaVu Sans" w:eastAsia="DejaVu Sans" w:hAnsi="DejaVu Sans"/>
                <w:color w:val="0B2E6D"/>
                <w:sz w:val="24"/>
                <w:szCs w:val="36"/>
              </w:rPr>
              <w:t xml:space="preserve"> ____________________</w:t>
            </w:r>
          </w:p>
        </w:tc>
      </w:tr>
    </w:tbl>
    <w:p w14:paraId="60171874" w14:textId="77777777" w:rsidR="000E2459" w:rsidRDefault="000E2459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4"/>
        <w:gridCol w:w="3504"/>
        <w:gridCol w:w="3651"/>
        <w:gridCol w:w="24"/>
      </w:tblGrid>
      <w:tr w:rsidR="000E2459" w:rsidRPr="00B359BE" w14:paraId="5D3C02A4" w14:textId="77777777">
        <w:trPr>
          <w:gridAfter w:val="1"/>
          <w:wAfter w:w="24" w:type="dxa"/>
          <w:cantSplit/>
          <w:jc w:val="center"/>
        </w:trPr>
        <w:tc>
          <w:tcPr>
            <w:tcW w:w="10659" w:type="dxa"/>
            <w:gridSpan w:val="3"/>
            <w:tcBorders>
              <w:top w:val="single" w:sz="0" w:space="0" w:color="087D87"/>
              <w:left w:val="single" w:sz="0" w:space="0" w:color="087D87"/>
              <w:bottom w:val="single" w:sz="0" w:space="0" w:color="087D87"/>
              <w:right w:val="single" w:sz="0" w:space="0" w:color="087D87"/>
            </w:tcBorders>
            <w:shd w:val="clear" w:color="auto" w:fill="087D87"/>
            <w:tcMar>
              <w:top w:w="55" w:type="dxa"/>
              <w:left w:w="100" w:type="dxa"/>
              <w:bottom w:w="55" w:type="dxa"/>
              <w:right w:w="100" w:type="dxa"/>
            </w:tcMar>
          </w:tcPr>
          <w:p w14:paraId="711211A6" w14:textId="77777777" w:rsidR="000E2459" w:rsidRPr="00B359BE" w:rsidRDefault="00000000">
            <w:pPr>
              <w:jc w:val="center"/>
              <w:rPr>
                <w:sz w:val="24"/>
              </w:rPr>
            </w:pPr>
            <w:r w:rsidRPr="00B359BE">
              <w:rPr>
                <w:b/>
                <w:color w:val="FFFFFF"/>
                <w:sz w:val="24"/>
              </w:rPr>
              <w:t>Engagements et signatures</w:t>
            </w:r>
          </w:p>
        </w:tc>
      </w:tr>
      <w:tr w:rsidR="000E2459" w14:paraId="6DD08A8E" w14:textId="77777777">
        <w:trPr>
          <w:cantSplit/>
          <w:jc w:val="center"/>
        </w:trPr>
        <w:tc>
          <w:tcPr>
            <w:tcW w:w="3504" w:type="dxa"/>
            <w:tcBorders>
              <w:top w:val="single" w:sz="6" w:space="0" w:color="087D87"/>
              <w:left w:val="single" w:sz="6" w:space="0" w:color="087D87"/>
              <w:bottom w:val="single" w:sz="6" w:space="0" w:color="087D87"/>
              <w:right w:val="single" w:sz="6" w:space="0" w:color="087D87"/>
            </w:tcBorders>
            <w:shd w:val="clear" w:color="auto" w:fill="EAF8F9"/>
            <w:tcMar>
              <w:top w:w="90" w:type="dxa"/>
              <w:left w:w="75" w:type="dxa"/>
              <w:bottom w:w="90" w:type="dxa"/>
              <w:right w:w="65" w:type="dxa"/>
            </w:tcMar>
          </w:tcPr>
          <w:p w14:paraId="623E38CC" w14:textId="16D966CF" w:rsidR="000E2459" w:rsidRDefault="00B359BE" w:rsidP="00B359BE">
            <w:pPr>
              <w:rPr>
                <w:b/>
                <w:color w:val="087D87"/>
                <w:sz w:val="24"/>
                <w:lang w:val="fr-FR"/>
              </w:rPr>
            </w:pPr>
            <w:r w:rsidRPr="00B359BE">
              <w:rPr>
                <w:b/>
                <w:color w:val="087D87"/>
                <w:sz w:val="24"/>
                <w:lang w:val="fr-FR"/>
              </w:rPr>
              <w:drawing>
                <wp:anchor distT="0" distB="0" distL="114300" distR="114300" simplePos="0" relativeHeight="251659264" behindDoc="0" locked="0" layoutInCell="1" allowOverlap="1" wp14:anchorId="2D49C2C8" wp14:editId="63A0BC36">
                  <wp:simplePos x="438150" y="633412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00000" cy="900000"/>
                  <wp:effectExtent l="0" t="0" r="0" b="0"/>
                  <wp:wrapSquare wrapText="bothSides"/>
                  <wp:docPr id="14931723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1723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00000" w:rsidRPr="00B359BE">
              <w:rPr>
                <w:b/>
                <w:color w:val="087D87"/>
                <w:sz w:val="24"/>
                <w:lang w:val="fr-FR"/>
              </w:rPr>
              <w:t>Élève</w:t>
            </w:r>
          </w:p>
          <w:p w14:paraId="36E6D303" w14:textId="77777777" w:rsidR="00B359BE" w:rsidRDefault="00B359BE" w:rsidP="00B359BE">
            <w:pPr>
              <w:rPr>
                <w:b/>
                <w:color w:val="087D87"/>
                <w:sz w:val="24"/>
                <w:lang w:val="fr-FR"/>
              </w:rPr>
            </w:pPr>
          </w:p>
          <w:p w14:paraId="57C9003B" w14:textId="77777777" w:rsidR="00B359BE" w:rsidRDefault="00B359BE" w:rsidP="00B359BE">
            <w:pPr>
              <w:rPr>
                <w:b/>
                <w:color w:val="087D87"/>
                <w:sz w:val="24"/>
                <w:lang w:val="fr-FR"/>
              </w:rPr>
            </w:pPr>
          </w:p>
          <w:p w14:paraId="7CF8719F" w14:textId="77777777" w:rsidR="00B359BE" w:rsidRDefault="00B359BE" w:rsidP="00B359BE">
            <w:pPr>
              <w:rPr>
                <w:b/>
                <w:color w:val="087D87"/>
                <w:sz w:val="24"/>
                <w:lang w:val="fr-FR"/>
              </w:rPr>
            </w:pPr>
          </w:p>
          <w:p w14:paraId="4A08C28A" w14:textId="77777777" w:rsidR="00B359BE" w:rsidRDefault="00B359BE" w:rsidP="00B359BE">
            <w:pPr>
              <w:rPr>
                <w:b/>
                <w:color w:val="087D87"/>
                <w:sz w:val="24"/>
                <w:lang w:val="fr-FR"/>
              </w:rPr>
            </w:pPr>
          </w:p>
          <w:p w14:paraId="49BD7A03" w14:textId="77777777" w:rsidR="00B359BE" w:rsidRPr="00B359BE" w:rsidRDefault="00B359BE" w:rsidP="00B359BE">
            <w:pPr>
              <w:rPr>
                <w:sz w:val="24"/>
                <w:lang w:val="fr-FR"/>
              </w:rPr>
            </w:pPr>
          </w:p>
          <w:p w14:paraId="0815E78B" w14:textId="77777777" w:rsidR="000E2459" w:rsidRPr="00B359BE" w:rsidRDefault="00000000">
            <w:pPr>
              <w:spacing w:before="40"/>
              <w:rPr>
                <w:sz w:val="24"/>
                <w:lang w:val="fr-FR"/>
              </w:rPr>
            </w:pPr>
            <w:r w:rsidRPr="00B359BE">
              <w:rPr>
                <w:b/>
                <w:color w:val="087D87"/>
                <w:sz w:val="24"/>
                <w:lang w:val="fr-FR"/>
              </w:rPr>
              <w:t xml:space="preserve">✓ </w:t>
            </w:r>
            <w:r w:rsidRPr="00B359BE">
              <w:rPr>
                <w:color w:val="0B2E6D"/>
                <w:sz w:val="24"/>
                <w:lang w:val="fr-FR"/>
              </w:rPr>
              <w:t>J’utilise mon outil pour apprendre.</w:t>
            </w:r>
          </w:p>
          <w:p w14:paraId="4B607585" w14:textId="77777777" w:rsidR="000E2459" w:rsidRPr="00B359BE" w:rsidRDefault="00000000">
            <w:pPr>
              <w:spacing w:before="40"/>
              <w:rPr>
                <w:sz w:val="24"/>
                <w:lang w:val="fr-FR"/>
              </w:rPr>
            </w:pPr>
            <w:r w:rsidRPr="00B359BE">
              <w:rPr>
                <w:b/>
                <w:color w:val="087D87"/>
                <w:sz w:val="24"/>
                <w:lang w:val="fr-FR"/>
              </w:rPr>
              <w:t xml:space="preserve">✓ </w:t>
            </w:r>
            <w:r w:rsidRPr="00B359BE">
              <w:rPr>
                <w:color w:val="0B2E6D"/>
                <w:sz w:val="24"/>
                <w:lang w:val="fr-FR"/>
              </w:rPr>
              <w:t>Je respecte les règles prévues.</w:t>
            </w:r>
          </w:p>
          <w:p w14:paraId="4E8947BB" w14:textId="77777777" w:rsidR="000E2459" w:rsidRPr="00B359BE" w:rsidRDefault="00000000">
            <w:pPr>
              <w:spacing w:before="40"/>
              <w:rPr>
                <w:sz w:val="24"/>
                <w:lang w:val="fr-FR"/>
              </w:rPr>
            </w:pPr>
            <w:r w:rsidRPr="00B359BE">
              <w:rPr>
                <w:b/>
                <w:color w:val="087D87"/>
                <w:sz w:val="24"/>
                <w:lang w:val="fr-FR"/>
              </w:rPr>
              <w:t xml:space="preserve">✓ </w:t>
            </w:r>
            <w:r w:rsidRPr="00B359BE">
              <w:rPr>
                <w:color w:val="0B2E6D"/>
                <w:sz w:val="24"/>
                <w:lang w:val="fr-FR"/>
              </w:rPr>
              <w:t>Je signale un problème si besoin.</w:t>
            </w:r>
          </w:p>
          <w:p w14:paraId="0391B7AA" w14:textId="77777777" w:rsidR="000E2459" w:rsidRPr="00B359BE" w:rsidRDefault="000E2459">
            <w:pPr>
              <w:spacing w:after="20"/>
              <w:rPr>
                <w:sz w:val="24"/>
                <w:lang w:val="fr-FR"/>
              </w:rPr>
            </w:pPr>
          </w:p>
          <w:p w14:paraId="083FA95C" w14:textId="77777777" w:rsidR="000E2459" w:rsidRPr="00B359BE" w:rsidRDefault="00000000">
            <w:pPr>
              <w:spacing w:before="20"/>
              <w:rPr>
                <w:sz w:val="24"/>
              </w:rPr>
            </w:pPr>
            <w:proofErr w:type="gramStart"/>
            <w:r w:rsidRPr="00B359BE">
              <w:rPr>
                <w:color w:val="0B2E6D"/>
                <w:sz w:val="24"/>
              </w:rPr>
              <w:t>Nom :</w:t>
            </w:r>
            <w:proofErr w:type="gramEnd"/>
            <w:r w:rsidRPr="00B359BE">
              <w:rPr>
                <w:color w:val="0B2E6D"/>
                <w:sz w:val="24"/>
              </w:rPr>
              <w:t xml:space="preserve"> ____________________</w:t>
            </w:r>
          </w:p>
          <w:p w14:paraId="0D50F588" w14:textId="77777777" w:rsidR="000E2459" w:rsidRPr="00B359BE" w:rsidRDefault="00000000">
            <w:pPr>
              <w:spacing w:before="20"/>
              <w:rPr>
                <w:sz w:val="24"/>
              </w:rPr>
            </w:pPr>
            <w:proofErr w:type="gramStart"/>
            <w:r w:rsidRPr="00B359BE">
              <w:rPr>
                <w:color w:val="0B2E6D"/>
                <w:sz w:val="24"/>
              </w:rPr>
              <w:t>Signature :</w:t>
            </w:r>
            <w:proofErr w:type="gramEnd"/>
            <w:r w:rsidRPr="00B359BE">
              <w:rPr>
                <w:color w:val="0B2E6D"/>
                <w:sz w:val="24"/>
              </w:rPr>
              <w:t xml:space="preserve"> ____________________</w:t>
            </w:r>
          </w:p>
          <w:p w14:paraId="75E82457" w14:textId="77777777" w:rsidR="000E2459" w:rsidRPr="00B359BE" w:rsidRDefault="00000000">
            <w:pPr>
              <w:spacing w:before="20"/>
              <w:rPr>
                <w:sz w:val="24"/>
              </w:rPr>
            </w:pPr>
            <w:proofErr w:type="gramStart"/>
            <w:r w:rsidRPr="00B359BE">
              <w:rPr>
                <w:color w:val="0B2E6D"/>
                <w:sz w:val="24"/>
              </w:rPr>
              <w:t>Date :</w:t>
            </w:r>
            <w:proofErr w:type="gramEnd"/>
            <w:r w:rsidRPr="00B359BE">
              <w:rPr>
                <w:color w:val="0B2E6D"/>
                <w:sz w:val="24"/>
              </w:rPr>
              <w:t xml:space="preserve"> ____ / ___</w:t>
            </w:r>
            <w:proofErr w:type="gramStart"/>
            <w:r w:rsidRPr="00B359BE">
              <w:rPr>
                <w:color w:val="0B2E6D"/>
                <w:sz w:val="24"/>
              </w:rPr>
              <w:t>_ / _</w:t>
            </w:r>
            <w:proofErr w:type="gramEnd"/>
            <w:r w:rsidRPr="00B359BE">
              <w:rPr>
                <w:color w:val="0B2E6D"/>
                <w:sz w:val="24"/>
              </w:rPr>
              <w:t>_____</w:t>
            </w:r>
          </w:p>
        </w:tc>
        <w:tc>
          <w:tcPr>
            <w:tcW w:w="3504" w:type="dxa"/>
            <w:tcBorders>
              <w:top w:val="single" w:sz="6" w:space="0" w:color="35A853"/>
              <w:left w:val="single" w:sz="6" w:space="0" w:color="35A853"/>
              <w:bottom w:val="single" w:sz="6" w:space="0" w:color="35A853"/>
              <w:right w:val="single" w:sz="6" w:space="0" w:color="35A853"/>
            </w:tcBorders>
            <w:shd w:val="clear" w:color="auto" w:fill="EDF8EF"/>
            <w:tcMar>
              <w:top w:w="90" w:type="dxa"/>
              <w:left w:w="75" w:type="dxa"/>
              <w:bottom w:w="90" w:type="dxa"/>
              <w:right w:w="65" w:type="dxa"/>
            </w:tcMar>
          </w:tcPr>
          <w:p w14:paraId="65C717D0" w14:textId="716F13B2" w:rsidR="000E2459" w:rsidRDefault="00B359BE">
            <w:pPr>
              <w:jc w:val="center"/>
              <w:rPr>
                <w:b/>
                <w:color w:val="35A853"/>
                <w:sz w:val="24"/>
                <w:lang w:val="fr-FR"/>
              </w:rPr>
            </w:pPr>
            <w:r w:rsidRPr="00B359BE">
              <w:rPr>
                <w:b/>
                <w:color w:val="35A853"/>
                <w:sz w:val="24"/>
                <w:lang w:val="fr-FR"/>
              </w:rPr>
              <w:drawing>
                <wp:anchor distT="0" distB="0" distL="114300" distR="114300" simplePos="0" relativeHeight="251658240" behindDoc="0" locked="0" layoutInCell="1" allowOverlap="1" wp14:anchorId="4D53863B" wp14:editId="22DEB337">
                  <wp:simplePos x="2800350" y="633412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00000" cy="884071"/>
                  <wp:effectExtent l="0" t="0" r="0" b="0"/>
                  <wp:wrapSquare wrapText="bothSides"/>
                  <wp:docPr id="40300788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007887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884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0000" w:rsidRPr="00B359BE">
              <w:rPr>
                <w:b/>
                <w:color w:val="35A853"/>
                <w:sz w:val="24"/>
                <w:lang w:val="fr-FR"/>
              </w:rPr>
              <w:t>Parents ou</w:t>
            </w:r>
            <w:r w:rsidR="00000000" w:rsidRPr="00B359BE">
              <w:rPr>
                <w:b/>
                <w:color w:val="35A853"/>
                <w:sz w:val="24"/>
                <w:lang w:val="fr-FR"/>
              </w:rPr>
              <w:br/>
              <w:t>responsables légaux</w:t>
            </w:r>
          </w:p>
          <w:p w14:paraId="67645C72" w14:textId="77777777" w:rsidR="00B359BE" w:rsidRDefault="00B359BE">
            <w:pPr>
              <w:jc w:val="center"/>
              <w:rPr>
                <w:b/>
                <w:color w:val="35A853"/>
                <w:sz w:val="24"/>
                <w:lang w:val="fr-FR"/>
              </w:rPr>
            </w:pPr>
          </w:p>
          <w:p w14:paraId="55921FF3" w14:textId="77777777" w:rsidR="00B359BE" w:rsidRDefault="00B359BE">
            <w:pPr>
              <w:jc w:val="center"/>
              <w:rPr>
                <w:b/>
                <w:color w:val="35A853"/>
                <w:sz w:val="24"/>
                <w:lang w:val="fr-FR"/>
              </w:rPr>
            </w:pPr>
          </w:p>
          <w:p w14:paraId="7EE2CD99" w14:textId="77777777" w:rsidR="00B359BE" w:rsidRPr="00B359BE" w:rsidRDefault="00B359BE">
            <w:pPr>
              <w:jc w:val="center"/>
              <w:rPr>
                <w:sz w:val="24"/>
                <w:lang w:val="fr-FR"/>
              </w:rPr>
            </w:pPr>
          </w:p>
          <w:p w14:paraId="21E96A4B" w14:textId="77777777" w:rsidR="000E2459" w:rsidRPr="00B359BE" w:rsidRDefault="00000000">
            <w:pPr>
              <w:spacing w:before="40"/>
              <w:rPr>
                <w:sz w:val="24"/>
                <w:lang w:val="fr-FR"/>
              </w:rPr>
            </w:pPr>
            <w:r w:rsidRPr="00B359BE">
              <w:rPr>
                <w:b/>
                <w:color w:val="35A853"/>
                <w:sz w:val="24"/>
                <w:lang w:val="fr-FR"/>
              </w:rPr>
              <w:t xml:space="preserve">✓ </w:t>
            </w:r>
            <w:r w:rsidRPr="00B359BE">
              <w:rPr>
                <w:color w:val="0B2E6D"/>
                <w:sz w:val="24"/>
                <w:lang w:val="fr-FR"/>
              </w:rPr>
              <w:t>Nous veillons au matériel et à la charge.</w:t>
            </w:r>
          </w:p>
          <w:p w14:paraId="129F9006" w14:textId="77777777" w:rsidR="000E2459" w:rsidRPr="00B359BE" w:rsidRDefault="00000000">
            <w:pPr>
              <w:spacing w:before="40"/>
              <w:rPr>
                <w:sz w:val="24"/>
                <w:lang w:val="fr-FR"/>
              </w:rPr>
            </w:pPr>
            <w:r w:rsidRPr="00B359BE">
              <w:rPr>
                <w:b/>
                <w:color w:val="35A853"/>
                <w:sz w:val="24"/>
                <w:lang w:val="fr-FR"/>
              </w:rPr>
              <w:t xml:space="preserve">✓ </w:t>
            </w:r>
            <w:r w:rsidRPr="00B359BE">
              <w:rPr>
                <w:color w:val="0B2E6D"/>
                <w:sz w:val="24"/>
                <w:lang w:val="fr-FR"/>
              </w:rPr>
              <w:t>Nous aidons l’élève à s’organiser.</w:t>
            </w:r>
          </w:p>
          <w:p w14:paraId="0E64E251" w14:textId="77777777" w:rsidR="000E2459" w:rsidRPr="00B359BE" w:rsidRDefault="00000000">
            <w:pPr>
              <w:spacing w:before="40"/>
              <w:rPr>
                <w:sz w:val="24"/>
                <w:lang w:val="fr-FR"/>
              </w:rPr>
            </w:pPr>
            <w:r w:rsidRPr="00B359BE">
              <w:rPr>
                <w:b/>
                <w:color w:val="35A853"/>
                <w:sz w:val="24"/>
                <w:lang w:val="fr-FR"/>
              </w:rPr>
              <w:t xml:space="preserve">✓ </w:t>
            </w:r>
            <w:r w:rsidRPr="00B359BE">
              <w:rPr>
                <w:color w:val="0B2E6D"/>
                <w:sz w:val="24"/>
                <w:lang w:val="fr-FR"/>
              </w:rPr>
              <w:t>Nous échangeons avec l’école si besoin.</w:t>
            </w:r>
          </w:p>
          <w:p w14:paraId="4F4AF060" w14:textId="77777777" w:rsidR="000E2459" w:rsidRPr="00B359BE" w:rsidRDefault="000E2459">
            <w:pPr>
              <w:spacing w:after="20"/>
              <w:rPr>
                <w:sz w:val="24"/>
                <w:lang w:val="fr-FR"/>
              </w:rPr>
            </w:pPr>
          </w:p>
          <w:p w14:paraId="08F48080" w14:textId="77777777" w:rsidR="000E2459" w:rsidRPr="00B359BE" w:rsidRDefault="00000000">
            <w:pPr>
              <w:spacing w:before="20"/>
              <w:rPr>
                <w:sz w:val="24"/>
              </w:rPr>
            </w:pPr>
            <w:r w:rsidRPr="00B359BE">
              <w:rPr>
                <w:color w:val="0B2E6D"/>
                <w:sz w:val="24"/>
              </w:rPr>
              <w:t>Nom(s</w:t>
            </w:r>
            <w:proofErr w:type="gramStart"/>
            <w:r w:rsidRPr="00B359BE">
              <w:rPr>
                <w:color w:val="0B2E6D"/>
                <w:sz w:val="24"/>
              </w:rPr>
              <w:t>) :</w:t>
            </w:r>
            <w:proofErr w:type="gramEnd"/>
            <w:r w:rsidRPr="00B359BE">
              <w:rPr>
                <w:color w:val="0B2E6D"/>
                <w:sz w:val="24"/>
              </w:rPr>
              <w:t xml:space="preserve"> ____________________</w:t>
            </w:r>
          </w:p>
          <w:p w14:paraId="26F25803" w14:textId="77777777" w:rsidR="000E2459" w:rsidRPr="00B359BE" w:rsidRDefault="00000000">
            <w:pPr>
              <w:spacing w:before="20"/>
              <w:rPr>
                <w:sz w:val="24"/>
              </w:rPr>
            </w:pPr>
            <w:proofErr w:type="gramStart"/>
            <w:r w:rsidRPr="00B359BE">
              <w:rPr>
                <w:color w:val="0B2E6D"/>
                <w:sz w:val="24"/>
              </w:rPr>
              <w:t>Signature :</w:t>
            </w:r>
            <w:proofErr w:type="gramEnd"/>
            <w:r w:rsidRPr="00B359BE">
              <w:rPr>
                <w:color w:val="0B2E6D"/>
                <w:sz w:val="24"/>
              </w:rPr>
              <w:t xml:space="preserve"> ____________________</w:t>
            </w:r>
          </w:p>
          <w:p w14:paraId="3A2736B1" w14:textId="77777777" w:rsidR="000E2459" w:rsidRPr="00B359BE" w:rsidRDefault="00000000">
            <w:pPr>
              <w:spacing w:before="20"/>
              <w:rPr>
                <w:sz w:val="24"/>
              </w:rPr>
            </w:pPr>
            <w:proofErr w:type="gramStart"/>
            <w:r w:rsidRPr="00B359BE">
              <w:rPr>
                <w:color w:val="0B2E6D"/>
                <w:sz w:val="24"/>
              </w:rPr>
              <w:t>Date :</w:t>
            </w:r>
            <w:proofErr w:type="gramEnd"/>
            <w:r w:rsidRPr="00B359BE">
              <w:rPr>
                <w:color w:val="0B2E6D"/>
                <w:sz w:val="24"/>
              </w:rPr>
              <w:t xml:space="preserve"> ____ / ___</w:t>
            </w:r>
            <w:proofErr w:type="gramStart"/>
            <w:r w:rsidRPr="00B359BE">
              <w:rPr>
                <w:color w:val="0B2E6D"/>
                <w:sz w:val="24"/>
              </w:rPr>
              <w:t>_ / _</w:t>
            </w:r>
            <w:proofErr w:type="gramEnd"/>
            <w:r w:rsidRPr="00B359BE">
              <w:rPr>
                <w:color w:val="0B2E6D"/>
                <w:sz w:val="24"/>
              </w:rPr>
              <w:t>_____</w:t>
            </w:r>
          </w:p>
        </w:tc>
        <w:tc>
          <w:tcPr>
            <w:tcW w:w="3504" w:type="dxa"/>
            <w:gridSpan w:val="2"/>
            <w:tcBorders>
              <w:top w:val="single" w:sz="6" w:space="0" w:color="246BCE"/>
              <w:left w:val="single" w:sz="6" w:space="0" w:color="246BCE"/>
              <w:bottom w:val="single" w:sz="6" w:space="0" w:color="246BCE"/>
              <w:right w:val="single" w:sz="6" w:space="0" w:color="246BCE"/>
            </w:tcBorders>
            <w:shd w:val="clear" w:color="auto" w:fill="EEF4FE"/>
            <w:tcMar>
              <w:top w:w="90" w:type="dxa"/>
              <w:left w:w="75" w:type="dxa"/>
              <w:bottom w:w="90" w:type="dxa"/>
              <w:right w:w="65" w:type="dxa"/>
            </w:tcMar>
          </w:tcPr>
          <w:p w14:paraId="0D6A08B5" w14:textId="0C3DDC3E" w:rsidR="000E2459" w:rsidRDefault="00894AB4">
            <w:pPr>
              <w:jc w:val="center"/>
              <w:rPr>
                <w:b/>
                <w:color w:val="246BCE"/>
                <w:sz w:val="24"/>
                <w:lang w:val="fr-FR"/>
              </w:rPr>
            </w:pPr>
            <w:r w:rsidRPr="00894AB4">
              <w:rPr>
                <w:b/>
                <w:color w:val="246BCE"/>
                <w:sz w:val="24"/>
                <w:lang w:val="fr-FR"/>
              </w:rPr>
              <w:drawing>
                <wp:anchor distT="0" distB="0" distL="114300" distR="114300" simplePos="0" relativeHeight="251660288" behindDoc="0" locked="0" layoutInCell="1" allowOverlap="1" wp14:anchorId="3C36DC83" wp14:editId="703B8472">
                  <wp:simplePos x="5057775" y="633412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086002" cy="1105054"/>
                  <wp:effectExtent l="0" t="0" r="0" b="0"/>
                  <wp:wrapSquare wrapText="bothSides"/>
                  <wp:docPr id="172406642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06642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02" cy="1105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00000" w:rsidRPr="00B359BE">
              <w:rPr>
                <w:b/>
                <w:color w:val="246BCE"/>
                <w:sz w:val="24"/>
                <w:lang w:val="fr-FR"/>
              </w:rPr>
              <w:t>Enseignant référent</w:t>
            </w:r>
          </w:p>
          <w:p w14:paraId="755F1B2A" w14:textId="77777777" w:rsidR="00894AB4" w:rsidRDefault="00894AB4">
            <w:pPr>
              <w:jc w:val="center"/>
              <w:rPr>
                <w:b/>
                <w:color w:val="246BCE"/>
                <w:sz w:val="24"/>
                <w:lang w:val="fr-FR"/>
              </w:rPr>
            </w:pPr>
          </w:p>
          <w:p w14:paraId="4DCA817C" w14:textId="77777777" w:rsidR="00894AB4" w:rsidRDefault="00894AB4">
            <w:pPr>
              <w:jc w:val="center"/>
              <w:rPr>
                <w:b/>
                <w:color w:val="246BCE"/>
                <w:sz w:val="24"/>
                <w:lang w:val="fr-FR"/>
              </w:rPr>
            </w:pPr>
          </w:p>
          <w:p w14:paraId="7410364C" w14:textId="77777777" w:rsidR="00894AB4" w:rsidRDefault="00894AB4">
            <w:pPr>
              <w:jc w:val="center"/>
              <w:rPr>
                <w:b/>
                <w:color w:val="246BCE"/>
                <w:sz w:val="24"/>
                <w:lang w:val="fr-FR"/>
              </w:rPr>
            </w:pPr>
          </w:p>
          <w:p w14:paraId="74131D27" w14:textId="77777777" w:rsidR="00894AB4" w:rsidRDefault="00894AB4">
            <w:pPr>
              <w:jc w:val="center"/>
              <w:rPr>
                <w:b/>
                <w:color w:val="246BCE"/>
                <w:sz w:val="24"/>
                <w:lang w:val="fr-FR"/>
              </w:rPr>
            </w:pPr>
          </w:p>
          <w:p w14:paraId="1CBF4A18" w14:textId="77777777" w:rsidR="00894AB4" w:rsidRPr="00B359BE" w:rsidRDefault="00894AB4">
            <w:pPr>
              <w:jc w:val="center"/>
              <w:rPr>
                <w:sz w:val="24"/>
                <w:lang w:val="fr-FR"/>
              </w:rPr>
            </w:pPr>
          </w:p>
          <w:p w14:paraId="37DCCA84" w14:textId="77777777" w:rsidR="000E2459" w:rsidRPr="00B359BE" w:rsidRDefault="00000000">
            <w:pPr>
              <w:spacing w:before="40"/>
              <w:rPr>
                <w:sz w:val="24"/>
                <w:lang w:val="fr-FR"/>
              </w:rPr>
            </w:pPr>
            <w:r w:rsidRPr="00B359BE">
              <w:rPr>
                <w:b/>
                <w:color w:val="246BCE"/>
                <w:sz w:val="24"/>
                <w:lang w:val="fr-FR"/>
              </w:rPr>
              <w:t xml:space="preserve">✓ </w:t>
            </w:r>
            <w:r w:rsidRPr="00B359BE">
              <w:rPr>
                <w:color w:val="0B2E6D"/>
                <w:sz w:val="24"/>
                <w:lang w:val="fr-FR"/>
              </w:rPr>
              <w:t>Je précise les usages autorisés.</w:t>
            </w:r>
          </w:p>
          <w:p w14:paraId="2C51FDB9" w14:textId="77777777" w:rsidR="000E2459" w:rsidRPr="00B359BE" w:rsidRDefault="00000000">
            <w:pPr>
              <w:spacing w:before="40"/>
              <w:rPr>
                <w:sz w:val="24"/>
                <w:lang w:val="fr-FR"/>
              </w:rPr>
            </w:pPr>
            <w:r w:rsidRPr="00B359BE">
              <w:rPr>
                <w:b/>
                <w:color w:val="246BCE"/>
                <w:sz w:val="24"/>
                <w:lang w:val="fr-FR"/>
              </w:rPr>
              <w:t xml:space="preserve">✓ </w:t>
            </w:r>
            <w:r w:rsidRPr="00B359BE">
              <w:rPr>
                <w:color w:val="0B2E6D"/>
                <w:sz w:val="24"/>
                <w:lang w:val="fr-FR"/>
              </w:rPr>
              <w:t>Je facilite l’accès aux documents.</w:t>
            </w:r>
          </w:p>
          <w:p w14:paraId="607F7EE4" w14:textId="77777777" w:rsidR="000E2459" w:rsidRPr="00B359BE" w:rsidRDefault="00000000">
            <w:pPr>
              <w:spacing w:before="40"/>
              <w:rPr>
                <w:sz w:val="24"/>
                <w:lang w:val="fr-FR"/>
              </w:rPr>
            </w:pPr>
            <w:r w:rsidRPr="00B359BE">
              <w:rPr>
                <w:b/>
                <w:color w:val="246BCE"/>
                <w:sz w:val="24"/>
                <w:lang w:val="fr-FR"/>
              </w:rPr>
              <w:t xml:space="preserve">✓ </w:t>
            </w:r>
            <w:r w:rsidRPr="00B359BE">
              <w:rPr>
                <w:color w:val="0B2E6D"/>
                <w:sz w:val="24"/>
                <w:lang w:val="fr-FR"/>
              </w:rPr>
              <w:t>J’adapte si besoin selon l’activité.</w:t>
            </w:r>
          </w:p>
          <w:p w14:paraId="1633E51F" w14:textId="77777777" w:rsidR="000E2459" w:rsidRPr="00B359BE" w:rsidRDefault="000E2459">
            <w:pPr>
              <w:spacing w:after="20"/>
              <w:rPr>
                <w:sz w:val="24"/>
                <w:lang w:val="fr-FR"/>
              </w:rPr>
            </w:pPr>
          </w:p>
          <w:p w14:paraId="5FE98624" w14:textId="77777777" w:rsidR="000E2459" w:rsidRPr="00B359BE" w:rsidRDefault="00000000">
            <w:pPr>
              <w:spacing w:before="20"/>
              <w:rPr>
                <w:sz w:val="24"/>
              </w:rPr>
            </w:pPr>
            <w:proofErr w:type="gramStart"/>
            <w:r w:rsidRPr="00B359BE">
              <w:rPr>
                <w:color w:val="0B2E6D"/>
                <w:sz w:val="24"/>
              </w:rPr>
              <w:t>Nom :</w:t>
            </w:r>
            <w:proofErr w:type="gramEnd"/>
            <w:r w:rsidRPr="00B359BE">
              <w:rPr>
                <w:color w:val="0B2E6D"/>
                <w:sz w:val="24"/>
              </w:rPr>
              <w:t xml:space="preserve"> ____________________</w:t>
            </w:r>
          </w:p>
          <w:p w14:paraId="1CCBEF8B" w14:textId="77777777" w:rsidR="000E2459" w:rsidRPr="00B359BE" w:rsidRDefault="00000000">
            <w:pPr>
              <w:spacing w:before="20"/>
              <w:rPr>
                <w:sz w:val="24"/>
              </w:rPr>
            </w:pPr>
            <w:proofErr w:type="gramStart"/>
            <w:r w:rsidRPr="00B359BE">
              <w:rPr>
                <w:color w:val="0B2E6D"/>
                <w:sz w:val="24"/>
              </w:rPr>
              <w:t>Signature :</w:t>
            </w:r>
            <w:proofErr w:type="gramEnd"/>
            <w:r w:rsidRPr="00B359BE">
              <w:rPr>
                <w:color w:val="0B2E6D"/>
                <w:sz w:val="24"/>
              </w:rPr>
              <w:t xml:space="preserve"> ____________________</w:t>
            </w:r>
          </w:p>
          <w:p w14:paraId="56B16084" w14:textId="77777777" w:rsidR="000E2459" w:rsidRPr="00B359BE" w:rsidRDefault="00000000">
            <w:pPr>
              <w:spacing w:before="20"/>
              <w:rPr>
                <w:sz w:val="24"/>
              </w:rPr>
            </w:pPr>
            <w:proofErr w:type="gramStart"/>
            <w:r w:rsidRPr="00B359BE">
              <w:rPr>
                <w:color w:val="0B2E6D"/>
                <w:sz w:val="24"/>
              </w:rPr>
              <w:t>Date :</w:t>
            </w:r>
            <w:proofErr w:type="gramEnd"/>
            <w:r w:rsidRPr="00B359BE">
              <w:rPr>
                <w:color w:val="0B2E6D"/>
                <w:sz w:val="24"/>
              </w:rPr>
              <w:t xml:space="preserve"> ____ / ___</w:t>
            </w:r>
            <w:proofErr w:type="gramStart"/>
            <w:r w:rsidRPr="00B359BE">
              <w:rPr>
                <w:color w:val="0B2E6D"/>
                <w:sz w:val="24"/>
              </w:rPr>
              <w:t>_ / _</w:t>
            </w:r>
            <w:proofErr w:type="gramEnd"/>
            <w:r w:rsidRPr="00B359BE">
              <w:rPr>
                <w:color w:val="0B2E6D"/>
                <w:sz w:val="24"/>
              </w:rPr>
              <w:t>_____</w:t>
            </w:r>
          </w:p>
        </w:tc>
      </w:tr>
    </w:tbl>
    <w:p w14:paraId="74606B49" w14:textId="77777777" w:rsidR="000E2459" w:rsidRPr="00894AB4" w:rsidRDefault="00000000">
      <w:pPr>
        <w:spacing w:before="40"/>
        <w:jc w:val="center"/>
        <w:rPr>
          <w:sz w:val="28"/>
          <w:szCs w:val="36"/>
          <w:lang w:val="fr-FR"/>
        </w:rPr>
      </w:pPr>
      <w:r w:rsidRPr="00894AB4">
        <w:rPr>
          <w:b/>
          <w:color w:val="0B2E6D"/>
          <w:sz w:val="28"/>
          <w:szCs w:val="36"/>
          <w:lang w:val="fr-FR"/>
        </w:rPr>
        <w:t>L’outil informatique aide l’élève à apprendre dans un cadre clair, rassurant et adapté.</w:t>
      </w:r>
    </w:p>
    <w:sectPr w:rsidR="000E2459" w:rsidRPr="00894AB4" w:rsidSect="00034616">
      <w:footerReference w:type="default" r:id="rId18"/>
      <w:pgSz w:w="11906" w:h="16838"/>
      <w:pgMar w:top="369" w:right="425" w:bottom="369" w:left="425" w:header="113" w:footer="1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04561" w14:textId="77777777" w:rsidR="000E16E1" w:rsidRDefault="000E16E1">
      <w:r>
        <w:separator/>
      </w:r>
    </w:p>
  </w:endnote>
  <w:endnote w:type="continuationSeparator" w:id="0">
    <w:p w14:paraId="1A2C45CF" w14:textId="77777777" w:rsidR="000E16E1" w:rsidRDefault="000E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51316" w14:textId="77777777" w:rsidR="000E2459" w:rsidRDefault="000E2459">
    <w:pPr>
      <w:pStyle w:val="Pieddepage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3515"/>
      <w:gridCol w:w="3515"/>
      <w:gridCol w:w="3515"/>
    </w:tblGrid>
    <w:tr w:rsidR="000E2459" w14:paraId="6EAFE483" w14:textId="77777777">
      <w:trPr>
        <w:jc w:val="center"/>
      </w:trPr>
      <w:tc>
        <w:tcPr>
          <w:tcW w:w="3515" w:type="dxa"/>
          <w:tcBorders>
            <w:top w:val="nil"/>
            <w:left w:val="nil"/>
            <w:bottom w:val="nil"/>
            <w:right w:val="nil"/>
          </w:tcBorders>
        </w:tcPr>
        <w:p w14:paraId="0979FB60" w14:textId="77777777" w:rsidR="000E2459" w:rsidRDefault="000E2459"/>
      </w:tc>
      <w:tc>
        <w:tcPr>
          <w:tcW w:w="3515" w:type="dxa"/>
          <w:tcBorders>
            <w:top w:val="nil"/>
            <w:left w:val="nil"/>
            <w:bottom w:val="nil"/>
            <w:right w:val="nil"/>
          </w:tcBorders>
        </w:tcPr>
        <w:p w14:paraId="27AD572F" w14:textId="77777777" w:rsidR="000E2459" w:rsidRDefault="00000000">
          <w:pPr>
            <w:jc w:val="center"/>
          </w:pPr>
          <w:r>
            <w:rPr>
              <w:b/>
              <w:color w:val="087D87"/>
              <w:sz w:val="20"/>
            </w:rPr>
            <w:fldChar w:fldCharType="begin"/>
          </w:r>
          <w:r>
            <w:rPr>
              <w:b/>
              <w:color w:val="087D87"/>
              <w:sz w:val="20"/>
            </w:rPr>
            <w:instrText xml:space="preserve"> PAGE </w:instrText>
          </w:r>
          <w:r w:rsidR="00251CA0">
            <w:rPr>
              <w:b/>
              <w:color w:val="087D87"/>
              <w:sz w:val="20"/>
            </w:rPr>
            <w:fldChar w:fldCharType="separate"/>
          </w:r>
          <w:r w:rsidR="00251CA0">
            <w:rPr>
              <w:b/>
              <w:noProof/>
              <w:color w:val="087D87"/>
              <w:sz w:val="20"/>
            </w:rPr>
            <w:t>1</w:t>
          </w:r>
          <w:r>
            <w:rPr>
              <w:b/>
              <w:color w:val="087D87"/>
              <w:sz w:val="20"/>
            </w:rPr>
            <w:fldChar w:fldCharType="end"/>
          </w:r>
        </w:p>
      </w:tc>
      <w:tc>
        <w:tcPr>
          <w:tcW w:w="3515" w:type="dxa"/>
          <w:tcBorders>
            <w:top w:val="nil"/>
            <w:left w:val="nil"/>
            <w:bottom w:val="nil"/>
            <w:right w:val="nil"/>
          </w:tcBorders>
        </w:tcPr>
        <w:p w14:paraId="3FF68097" w14:textId="77777777" w:rsidR="000E2459" w:rsidRDefault="00000000">
          <w:pPr>
            <w:jc w:val="right"/>
          </w:pPr>
          <w:r>
            <w:rPr>
              <w:b/>
              <w:color w:val="0B2E6D"/>
              <w:sz w:val="17"/>
            </w:rPr>
            <w:t>dysclick.fr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04942" w14:textId="77777777" w:rsidR="000E16E1" w:rsidRDefault="000E16E1">
      <w:r>
        <w:separator/>
      </w:r>
    </w:p>
  </w:footnote>
  <w:footnote w:type="continuationSeparator" w:id="0">
    <w:p w14:paraId="30A16E99" w14:textId="77777777" w:rsidR="000E16E1" w:rsidRDefault="000E1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C0444E"/>
    <w:multiLevelType w:val="multilevel"/>
    <w:tmpl w:val="65C8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0519143">
    <w:abstractNumId w:val="8"/>
  </w:num>
  <w:num w:numId="2" w16cid:durableId="732001376">
    <w:abstractNumId w:val="6"/>
  </w:num>
  <w:num w:numId="3" w16cid:durableId="690452981">
    <w:abstractNumId w:val="5"/>
  </w:num>
  <w:num w:numId="4" w16cid:durableId="1611471088">
    <w:abstractNumId w:val="4"/>
  </w:num>
  <w:num w:numId="5" w16cid:durableId="1935548869">
    <w:abstractNumId w:val="7"/>
  </w:num>
  <w:num w:numId="6" w16cid:durableId="492913694">
    <w:abstractNumId w:val="3"/>
  </w:num>
  <w:num w:numId="7" w16cid:durableId="1852062314">
    <w:abstractNumId w:val="2"/>
  </w:num>
  <w:num w:numId="8" w16cid:durableId="618995758">
    <w:abstractNumId w:val="1"/>
  </w:num>
  <w:num w:numId="9" w16cid:durableId="1747067158">
    <w:abstractNumId w:val="0"/>
  </w:num>
  <w:num w:numId="10" w16cid:durableId="8505335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16E1"/>
    <w:rsid w:val="000E2459"/>
    <w:rsid w:val="0015074B"/>
    <w:rsid w:val="00251CA0"/>
    <w:rsid w:val="0029639D"/>
    <w:rsid w:val="00326F90"/>
    <w:rsid w:val="006836EB"/>
    <w:rsid w:val="00894AB4"/>
    <w:rsid w:val="008D6D04"/>
    <w:rsid w:val="00A50479"/>
    <w:rsid w:val="00AA1D8D"/>
    <w:rsid w:val="00B359BE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B44672"/>
  <w14:defaultImageDpi w14:val="300"/>
  <w15:docId w15:val="{B89732BA-5496-42E1-BF38-4BF7082E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9BE"/>
    <w:pPr>
      <w:spacing w:after="0" w:line="240" w:lineRule="auto"/>
    </w:pPr>
    <w:rPr>
      <w:rFonts w:ascii="Arial" w:eastAsia="Arial" w:hAnsi="Arial"/>
      <w:color w:val="15234A"/>
      <w:sz w:val="18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ageTitle">
    <w:name w:val="PageTitle"/>
    <w:pPr>
      <w:spacing w:after="0"/>
    </w:pPr>
    <w:rPr>
      <w:rFonts w:ascii="Arial" w:eastAsia="Arial" w:hAnsi="Arial"/>
      <w:b/>
      <w:color w:val="0B2E6D"/>
      <w:sz w:val="50"/>
    </w:rPr>
  </w:style>
  <w:style w:type="paragraph" w:customStyle="1" w:styleId="PageSubtitle">
    <w:name w:val="PageSubtitle"/>
    <w:pPr>
      <w:spacing w:after="0"/>
    </w:pPr>
    <w:rPr>
      <w:rFonts w:ascii="Arial" w:eastAsia="Arial" w:hAnsi="Arial"/>
      <w:b/>
      <w:color w:val="0E9AA7"/>
      <w:sz w:val="36"/>
    </w:rPr>
  </w:style>
  <w:style w:type="paragraph" w:customStyle="1" w:styleId="SectionTitle">
    <w:name w:val="SectionTitle"/>
    <w:pPr>
      <w:spacing w:after="0"/>
    </w:pPr>
    <w:rPr>
      <w:rFonts w:ascii="Arial" w:eastAsia="Arial" w:hAnsi="Arial"/>
      <w:b/>
      <w:color w:val="FFFFFF"/>
      <w:sz w:val="30"/>
    </w:rPr>
  </w:style>
  <w:style w:type="paragraph" w:customStyle="1" w:styleId="SmallHeading">
    <w:name w:val="SmallHeading"/>
    <w:pPr>
      <w:spacing w:after="0"/>
    </w:pPr>
    <w:rPr>
      <w:rFonts w:ascii="Arial" w:eastAsia="Arial" w:hAnsi="Arial"/>
      <w:b/>
      <w:color w:val="0B2E6D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4</Pages>
  <Words>673</Words>
  <Characters>3702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Contrat d’utilisation de l’outil informatique à l’école</vt:lpstr>
      <vt:lpstr/>
    </vt:vector>
  </TitlesOfParts>
  <Manager/>
  <Company/>
  <LinksUpToDate>false</LinksUpToDate>
  <CharactersWithSpaces>4367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 d’utilisation de l’outil informatique à l’école</dc:title>
  <dc:subject>Modèle modifiable iPad / ordinateur - Dysclick</dc:subject>
  <dc:creator>Dysclick</dc:creator>
  <cp:keywords/>
  <dc:description>generated by python-docx</dc:description>
  <cp:lastModifiedBy>Dimitri GIRARD</cp:lastModifiedBy>
  <cp:revision>4</cp:revision>
  <dcterms:created xsi:type="dcterms:W3CDTF">2013-12-23T23:15:00Z</dcterms:created>
  <dcterms:modified xsi:type="dcterms:W3CDTF">2026-08-15T11:55:00Z</dcterms:modified>
  <cp:category/>
</cp:coreProperties>
</file>